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EC5B95" w:rsidRPr="00E52E56" w14:paraId="4D0FF579" w14:textId="77777777">
        <w:trPr>
          <w:jc w:val="center"/>
        </w:trPr>
        <w:tc>
          <w:tcPr>
            <w:tcW w:w="4968" w:type="dxa"/>
          </w:tcPr>
          <w:p w14:paraId="2BA68B02" w14:textId="77777777" w:rsidR="00EC5B95" w:rsidRPr="00197169" w:rsidRDefault="001B5CF9">
            <w:pPr>
              <w:spacing w:after="0"/>
              <w:rPr>
                <w:lang w:val="ru-RU"/>
              </w:rPr>
            </w:pPr>
            <w:proofErr w:type="spellStart"/>
            <w:r w:rsidRPr="00197169">
              <w:rPr>
                <w:sz w:val="20"/>
                <w:lang w:val="ru-RU"/>
              </w:rPr>
              <w:t>Схвалено</w:t>
            </w:r>
            <w:proofErr w:type="spellEnd"/>
            <w:r w:rsidRPr="00197169">
              <w:rPr>
                <w:sz w:val="20"/>
                <w:lang w:val="ru-RU"/>
              </w:rPr>
              <w:br/>
            </w:r>
            <w:proofErr w:type="spellStart"/>
            <w:r w:rsidRPr="00197169">
              <w:rPr>
                <w:sz w:val="20"/>
                <w:lang w:val="ru-RU"/>
              </w:rPr>
              <w:t>педагогічною</w:t>
            </w:r>
            <w:proofErr w:type="spellEnd"/>
            <w:r w:rsidRPr="00197169">
              <w:rPr>
                <w:sz w:val="20"/>
                <w:lang w:val="ru-RU"/>
              </w:rPr>
              <w:t xml:space="preserve"> радою</w:t>
            </w:r>
            <w:r w:rsidRPr="00197169">
              <w:rPr>
                <w:sz w:val="20"/>
                <w:lang w:val="ru-RU"/>
              </w:rPr>
              <w:br/>
              <w:t xml:space="preserve">Протокол №1 </w:t>
            </w:r>
            <w:proofErr w:type="spellStart"/>
            <w:r w:rsidRPr="00197169">
              <w:rPr>
                <w:sz w:val="20"/>
                <w:lang w:val="ru-RU"/>
              </w:rPr>
              <w:t>від</w:t>
            </w:r>
            <w:proofErr w:type="spellEnd"/>
            <w:r w:rsidRPr="00197169">
              <w:rPr>
                <w:sz w:val="20"/>
                <w:lang w:val="ru-RU"/>
              </w:rPr>
              <w:t xml:space="preserve"> 26.08.2026</w:t>
            </w:r>
          </w:p>
        </w:tc>
        <w:tc>
          <w:tcPr>
            <w:tcW w:w="4968" w:type="dxa"/>
          </w:tcPr>
          <w:p w14:paraId="2F2F850C" w14:textId="77777777" w:rsidR="00EC5B95" w:rsidRPr="00197169" w:rsidRDefault="001B5CF9">
            <w:pPr>
              <w:spacing w:after="0"/>
              <w:jc w:val="right"/>
              <w:rPr>
                <w:lang w:val="ru-RU"/>
              </w:rPr>
            </w:pPr>
            <w:r w:rsidRPr="00197169">
              <w:rPr>
                <w:sz w:val="20"/>
                <w:lang w:val="ru-RU"/>
              </w:rPr>
              <w:t>ЗАТВЕРДЖЕНО:</w:t>
            </w:r>
            <w:r w:rsidRPr="00197169">
              <w:rPr>
                <w:sz w:val="20"/>
                <w:lang w:val="ru-RU"/>
              </w:rPr>
              <w:br/>
              <w:t xml:space="preserve">Директор </w:t>
            </w:r>
            <w:proofErr w:type="spellStart"/>
            <w:r w:rsidRPr="00197169">
              <w:rPr>
                <w:sz w:val="20"/>
                <w:lang w:val="ru-RU"/>
              </w:rPr>
              <w:t>Катеринківської</w:t>
            </w:r>
            <w:proofErr w:type="spellEnd"/>
            <w:r w:rsidRPr="00197169">
              <w:rPr>
                <w:sz w:val="20"/>
                <w:lang w:val="ru-RU"/>
              </w:rPr>
              <w:t xml:space="preserve"> </w:t>
            </w:r>
            <w:proofErr w:type="spellStart"/>
            <w:r w:rsidRPr="00197169">
              <w:rPr>
                <w:sz w:val="20"/>
                <w:lang w:val="ru-RU"/>
              </w:rPr>
              <w:t>гімназії</w:t>
            </w:r>
            <w:proofErr w:type="spellEnd"/>
            <w:r w:rsidRPr="00197169">
              <w:rPr>
                <w:sz w:val="20"/>
                <w:lang w:val="ru-RU"/>
              </w:rPr>
              <w:br/>
            </w:r>
            <w:proofErr w:type="spellStart"/>
            <w:r w:rsidRPr="00197169">
              <w:rPr>
                <w:sz w:val="20"/>
                <w:lang w:val="ru-RU"/>
              </w:rPr>
              <w:t>Інна</w:t>
            </w:r>
            <w:proofErr w:type="spellEnd"/>
            <w:r w:rsidRPr="00197169">
              <w:rPr>
                <w:sz w:val="20"/>
                <w:lang w:val="ru-RU"/>
              </w:rPr>
              <w:t xml:space="preserve"> ОСАДЧА</w:t>
            </w:r>
            <w:r w:rsidRPr="00197169">
              <w:rPr>
                <w:sz w:val="20"/>
                <w:lang w:val="ru-RU"/>
              </w:rPr>
              <w:br/>
              <w:t xml:space="preserve">Наказ №______ </w:t>
            </w:r>
            <w:proofErr w:type="spellStart"/>
            <w:r w:rsidRPr="00197169">
              <w:rPr>
                <w:sz w:val="20"/>
                <w:lang w:val="ru-RU"/>
              </w:rPr>
              <w:t>від</w:t>
            </w:r>
            <w:proofErr w:type="spellEnd"/>
            <w:r w:rsidRPr="00197169">
              <w:rPr>
                <w:sz w:val="20"/>
                <w:lang w:val="ru-RU"/>
              </w:rPr>
              <w:t xml:space="preserve"> _______2026</w:t>
            </w:r>
          </w:p>
        </w:tc>
      </w:tr>
    </w:tbl>
    <w:p w14:paraId="0E9F7E9F" w14:textId="77777777" w:rsidR="00197169" w:rsidRDefault="00197169">
      <w:pPr>
        <w:spacing w:before="480" w:after="360"/>
        <w:jc w:val="center"/>
        <w:rPr>
          <w:b/>
          <w:sz w:val="26"/>
          <w:lang w:val="ru-RU"/>
        </w:rPr>
      </w:pPr>
    </w:p>
    <w:p w14:paraId="2131C87F" w14:textId="77777777" w:rsidR="00197169" w:rsidRDefault="00197169">
      <w:pPr>
        <w:spacing w:before="480" w:after="360"/>
        <w:jc w:val="center"/>
        <w:rPr>
          <w:b/>
          <w:sz w:val="26"/>
          <w:lang w:val="ru-RU"/>
        </w:rPr>
      </w:pPr>
    </w:p>
    <w:p w14:paraId="3855BFBA" w14:textId="77777777" w:rsidR="00197169" w:rsidRDefault="00197169">
      <w:pPr>
        <w:spacing w:before="480" w:after="360"/>
        <w:jc w:val="center"/>
        <w:rPr>
          <w:b/>
          <w:sz w:val="26"/>
          <w:lang w:val="ru-RU"/>
        </w:rPr>
      </w:pPr>
    </w:p>
    <w:p w14:paraId="0F7A10E5" w14:textId="77777777" w:rsidR="00197169" w:rsidRPr="00197169" w:rsidRDefault="001B5CF9">
      <w:pPr>
        <w:spacing w:before="480" w:after="360"/>
        <w:jc w:val="center"/>
        <w:rPr>
          <w:b/>
          <w:sz w:val="32"/>
          <w:szCs w:val="28"/>
          <w:lang w:val="ru-RU"/>
        </w:rPr>
      </w:pPr>
      <w:r w:rsidRPr="00197169">
        <w:rPr>
          <w:b/>
          <w:sz w:val="32"/>
          <w:szCs w:val="28"/>
          <w:lang w:val="ru-RU"/>
        </w:rPr>
        <w:t>КРИТЕРІЇ ОЦІНЮВАННЯ НАВЧАЛЬНИХ ДОСЯГНЕНЬ УЧНІВ</w:t>
      </w:r>
      <w:r w:rsidRPr="00197169">
        <w:rPr>
          <w:b/>
          <w:sz w:val="32"/>
          <w:szCs w:val="28"/>
          <w:lang w:val="ru-RU"/>
        </w:rPr>
        <w:br/>
        <w:t>З ЕТИКА</w:t>
      </w:r>
    </w:p>
    <w:p w14:paraId="7849142C" w14:textId="58E6EAC5" w:rsidR="00EC5B95" w:rsidRDefault="001B5CF9">
      <w:pPr>
        <w:spacing w:before="480" w:after="360"/>
        <w:jc w:val="center"/>
        <w:rPr>
          <w:sz w:val="24"/>
          <w:lang w:val="ru-RU"/>
        </w:rPr>
      </w:pPr>
      <w:r w:rsidRPr="00197169">
        <w:rPr>
          <w:b/>
          <w:sz w:val="26"/>
          <w:lang w:val="ru-RU"/>
        </w:rPr>
        <w:br/>
      </w:r>
      <w:r w:rsidRPr="00197169">
        <w:rPr>
          <w:sz w:val="24"/>
          <w:lang w:val="ru-RU"/>
        </w:rPr>
        <w:t xml:space="preserve">5–9 </w:t>
      </w:r>
      <w:proofErr w:type="spellStart"/>
      <w:r w:rsidRPr="00197169">
        <w:rPr>
          <w:sz w:val="24"/>
          <w:lang w:val="ru-RU"/>
        </w:rPr>
        <w:t>класи</w:t>
      </w:r>
      <w:proofErr w:type="spellEnd"/>
    </w:p>
    <w:p w14:paraId="2DC96FA5" w14:textId="23CCCBE2" w:rsidR="00197169" w:rsidRDefault="00197169">
      <w:pPr>
        <w:spacing w:before="480" w:after="360"/>
        <w:jc w:val="center"/>
        <w:rPr>
          <w:lang w:val="ru-RU"/>
        </w:rPr>
      </w:pPr>
    </w:p>
    <w:p w14:paraId="02B666C3" w14:textId="2A90E929" w:rsidR="00197169" w:rsidRDefault="00197169">
      <w:pPr>
        <w:spacing w:before="480" w:after="360"/>
        <w:jc w:val="center"/>
        <w:rPr>
          <w:lang w:val="ru-RU"/>
        </w:rPr>
      </w:pPr>
    </w:p>
    <w:p w14:paraId="1B83210C" w14:textId="109796EA" w:rsidR="00197169" w:rsidRDefault="00197169" w:rsidP="00197169">
      <w:pPr>
        <w:spacing w:before="480" w:after="360"/>
        <w:rPr>
          <w:lang w:val="ru-RU"/>
        </w:rPr>
      </w:pPr>
    </w:p>
    <w:p w14:paraId="22854269" w14:textId="6D5180D8" w:rsidR="00197169" w:rsidRDefault="00197169">
      <w:pPr>
        <w:spacing w:before="480" w:after="360"/>
        <w:jc w:val="center"/>
        <w:rPr>
          <w:lang w:val="ru-RU"/>
        </w:rPr>
      </w:pPr>
    </w:p>
    <w:p w14:paraId="6AC8E257" w14:textId="77777777" w:rsidR="00197169" w:rsidRPr="00197169" w:rsidRDefault="00197169">
      <w:pPr>
        <w:spacing w:before="480" w:after="360"/>
        <w:jc w:val="center"/>
        <w:rPr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1"/>
        <w:gridCol w:w="742"/>
        <w:gridCol w:w="2707"/>
        <w:gridCol w:w="2513"/>
        <w:gridCol w:w="2346"/>
        <w:gridCol w:w="2497"/>
        <w:gridCol w:w="2144"/>
      </w:tblGrid>
      <w:tr w:rsidR="00197169" w14:paraId="678B71F3" w14:textId="77777777" w:rsidTr="00E52E56">
        <w:trPr>
          <w:tblHeader/>
          <w:jc w:val="center"/>
        </w:trPr>
        <w:tc>
          <w:tcPr>
            <w:tcW w:w="1651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697C76F" w14:textId="77777777" w:rsidR="00EC5B95" w:rsidRDefault="001B5CF9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lastRenderedPageBreak/>
              <w:t>Бал</w:t>
            </w:r>
            <w:proofErr w:type="spellEnd"/>
            <w:r>
              <w:rPr>
                <w:b/>
                <w:sz w:val="20"/>
              </w:rPr>
              <w:t xml:space="preserve"> / </w:t>
            </w:r>
            <w:proofErr w:type="spellStart"/>
            <w:r>
              <w:rPr>
                <w:b/>
                <w:sz w:val="20"/>
              </w:rPr>
              <w:t>рівень</w:t>
            </w:r>
            <w:proofErr w:type="spellEnd"/>
          </w:p>
        </w:tc>
        <w:tc>
          <w:tcPr>
            <w:tcW w:w="742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7CAB316" w14:textId="77777777" w:rsidR="00EC5B95" w:rsidRDefault="00EC5B95">
            <w:pPr>
              <w:spacing w:before="80" w:after="80"/>
              <w:jc w:val="center"/>
            </w:pPr>
          </w:p>
        </w:tc>
        <w:tc>
          <w:tcPr>
            <w:tcW w:w="2707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6450A97" w14:textId="77777777" w:rsidR="00EC5B95" w:rsidRDefault="001B5CF9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t>Когнітивні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процеси</w:t>
            </w:r>
            <w:proofErr w:type="spellEnd"/>
          </w:p>
        </w:tc>
        <w:tc>
          <w:tcPr>
            <w:tcW w:w="2513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1B41427" w14:textId="77777777" w:rsidR="00EC5B95" w:rsidRDefault="001B5CF9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t>Навчальна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діяльність</w:t>
            </w:r>
            <w:proofErr w:type="spellEnd"/>
          </w:p>
        </w:tc>
        <w:tc>
          <w:tcPr>
            <w:tcW w:w="2346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475F915" w14:textId="77777777" w:rsidR="00EC5B95" w:rsidRDefault="001B5CF9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t>Самостійність</w:t>
            </w:r>
            <w:proofErr w:type="spellEnd"/>
          </w:p>
        </w:tc>
        <w:tc>
          <w:tcPr>
            <w:tcW w:w="2497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CE15719" w14:textId="77777777" w:rsidR="00EC5B95" w:rsidRDefault="001B5CF9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t>Комунікація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взаємодія</w:t>
            </w:r>
            <w:proofErr w:type="spellEnd"/>
          </w:p>
        </w:tc>
        <w:tc>
          <w:tcPr>
            <w:tcW w:w="2144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BD723F6" w14:textId="77777777" w:rsidR="00EC5B95" w:rsidRDefault="001B5CF9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t>Частота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вияву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вмінь</w:t>
            </w:r>
            <w:proofErr w:type="spellEnd"/>
          </w:p>
        </w:tc>
      </w:tr>
      <w:tr w:rsidR="00197169" w:rsidRPr="00E52E56" w14:paraId="73FEDCE1" w14:textId="77777777" w:rsidTr="00E52E56">
        <w:trPr>
          <w:jc w:val="center"/>
        </w:trPr>
        <w:tc>
          <w:tcPr>
            <w:tcW w:w="16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9F7275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r w:rsidRPr="00197169">
              <w:rPr>
                <w:sz w:val="19"/>
                <w:lang w:val="ru-RU"/>
              </w:rPr>
              <w:t xml:space="preserve">1 – 3/ </w:t>
            </w:r>
            <w:proofErr w:type="spellStart"/>
            <w:r w:rsidRPr="00197169">
              <w:rPr>
                <w:sz w:val="19"/>
                <w:lang w:val="ru-RU"/>
              </w:rPr>
              <w:t>початковий</w:t>
            </w:r>
            <w:proofErr w:type="spellEnd"/>
            <w:r w:rsidRPr="00197169">
              <w:rPr>
                <w:sz w:val="19"/>
                <w:lang w:val="ru-RU"/>
              </w:rPr>
              <w:br/>
            </w:r>
            <w:proofErr w:type="spellStart"/>
            <w:r w:rsidRPr="00197169">
              <w:rPr>
                <w:sz w:val="19"/>
                <w:lang w:val="ru-RU"/>
              </w:rPr>
              <w:t>Елементарне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сприйняття</w:t>
            </w:r>
            <w:proofErr w:type="spellEnd"/>
            <w:r w:rsidRPr="00197169">
              <w:rPr>
                <w:sz w:val="19"/>
                <w:lang w:val="ru-RU"/>
              </w:rPr>
              <w:t xml:space="preserve"> з </w:t>
            </w:r>
            <w:proofErr w:type="spellStart"/>
            <w:r w:rsidRPr="00197169">
              <w:rPr>
                <w:sz w:val="19"/>
                <w:lang w:val="ru-RU"/>
              </w:rPr>
              <w:t>постійною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підтримкою</w:t>
            </w:r>
            <w:proofErr w:type="spellEnd"/>
            <w:r w:rsidRPr="00197169">
              <w:rPr>
                <w:sz w:val="19"/>
                <w:lang w:val="ru-RU"/>
              </w:rPr>
              <w:t xml:space="preserve">. </w:t>
            </w:r>
            <w:proofErr w:type="spellStart"/>
            <w:r w:rsidRPr="00197169">
              <w:rPr>
                <w:sz w:val="19"/>
                <w:lang w:val="ru-RU"/>
              </w:rPr>
              <w:t>Підтримка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вчителя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  <w:p w14:paraId="5EF6E405" w14:textId="77777777" w:rsidR="00EC5B95" w:rsidRPr="00197169" w:rsidRDefault="00EC5B95">
            <w:pPr>
              <w:spacing w:before="60" w:after="60"/>
              <w:rPr>
                <w:lang w:val="ru-RU"/>
              </w:rPr>
            </w:pPr>
          </w:p>
          <w:p w14:paraId="409674D9" w14:textId="77777777" w:rsidR="00EC5B95" w:rsidRPr="00197169" w:rsidRDefault="00EC5B95">
            <w:pPr>
              <w:spacing w:before="60" w:after="60"/>
              <w:rPr>
                <w:lang w:val="ru-RU"/>
              </w:rPr>
            </w:pPr>
          </w:p>
        </w:tc>
        <w:tc>
          <w:tcPr>
            <w:tcW w:w="74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0D8B49" w14:textId="77777777" w:rsidR="00EC5B95" w:rsidRDefault="001B5CF9">
            <w:pPr>
              <w:spacing w:before="60" w:after="60"/>
              <w:jc w:val="center"/>
            </w:pPr>
            <w:r>
              <w:rPr>
                <w:b/>
                <w:sz w:val="19"/>
              </w:rPr>
              <w:t>1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A5634A" w14:textId="77777777" w:rsidR="00EC5B95" w:rsidRDefault="001B5CF9">
            <w:pPr>
              <w:spacing w:before="60" w:after="60"/>
            </w:pPr>
            <w:proofErr w:type="spellStart"/>
            <w:r w:rsidRPr="00197169">
              <w:rPr>
                <w:sz w:val="19"/>
                <w:lang w:val="ru-RU"/>
              </w:rPr>
              <w:t>Розпізнає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окремі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знайомі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моральні</w:t>
            </w:r>
            <w:proofErr w:type="spellEnd"/>
            <w:r w:rsidRPr="00197169">
              <w:rPr>
                <w:sz w:val="19"/>
                <w:lang w:val="ru-RU"/>
              </w:rPr>
              <w:t xml:space="preserve"> слова (добро, зло). </w:t>
            </w:r>
            <w:proofErr w:type="spellStart"/>
            <w:r>
              <w:rPr>
                <w:sz w:val="19"/>
              </w:rPr>
              <w:t>Розуміння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морального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змісту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уривчасте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5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DEB359" w14:textId="77777777" w:rsidR="00EC5B95" w:rsidRDefault="001B5CF9">
            <w:pPr>
              <w:spacing w:before="60" w:after="60"/>
            </w:pPr>
            <w:proofErr w:type="spellStart"/>
            <w:r w:rsidRPr="00197169">
              <w:rPr>
                <w:sz w:val="19"/>
                <w:lang w:val="ru-RU"/>
              </w:rPr>
              <w:t>Виконує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лише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окремі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частини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найпростіших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етичних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завдань</w:t>
            </w:r>
            <w:proofErr w:type="spellEnd"/>
            <w:r w:rsidRPr="00197169">
              <w:rPr>
                <w:sz w:val="19"/>
                <w:lang w:val="ru-RU"/>
              </w:rPr>
              <w:t xml:space="preserve"> за </w:t>
            </w:r>
            <w:proofErr w:type="spellStart"/>
            <w:r w:rsidRPr="00197169">
              <w:rPr>
                <w:sz w:val="19"/>
                <w:lang w:val="ru-RU"/>
              </w:rPr>
              <w:t>еталоном</w:t>
            </w:r>
            <w:proofErr w:type="spellEnd"/>
            <w:r w:rsidRPr="00197169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Численні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етичні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помилки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3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933048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Потребує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постійної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допомоги</w:t>
            </w:r>
            <w:proofErr w:type="spellEnd"/>
            <w:r w:rsidRPr="00197169">
              <w:rPr>
                <w:sz w:val="19"/>
                <w:lang w:val="ru-RU"/>
              </w:rPr>
              <w:t xml:space="preserve"> та морального контролю </w:t>
            </w:r>
            <w:proofErr w:type="spellStart"/>
            <w:r w:rsidRPr="00197169">
              <w:rPr>
                <w:sz w:val="19"/>
                <w:lang w:val="ru-RU"/>
              </w:rPr>
              <w:t>вчителя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49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AFF08D" w14:textId="77777777" w:rsidR="00EC5B95" w:rsidRDefault="001B5CF9">
            <w:pPr>
              <w:spacing w:before="60" w:after="60"/>
            </w:pPr>
            <w:proofErr w:type="spellStart"/>
            <w:r w:rsidRPr="00197169">
              <w:rPr>
                <w:sz w:val="19"/>
                <w:lang w:val="ru-RU"/>
              </w:rPr>
              <w:t>Майже</w:t>
            </w:r>
            <w:proofErr w:type="spellEnd"/>
            <w:r w:rsidRPr="00197169">
              <w:rPr>
                <w:sz w:val="19"/>
                <w:lang w:val="ru-RU"/>
              </w:rPr>
              <w:t xml:space="preserve"> не </w:t>
            </w:r>
            <w:proofErr w:type="spellStart"/>
            <w:r w:rsidRPr="00197169">
              <w:rPr>
                <w:sz w:val="19"/>
                <w:lang w:val="ru-RU"/>
              </w:rPr>
              <w:t>вступає</w:t>
            </w:r>
            <w:proofErr w:type="spellEnd"/>
            <w:r w:rsidRPr="00197169">
              <w:rPr>
                <w:sz w:val="19"/>
                <w:lang w:val="ru-RU"/>
              </w:rPr>
              <w:t xml:space="preserve"> в </w:t>
            </w:r>
            <w:proofErr w:type="spellStart"/>
            <w:r w:rsidRPr="00197169">
              <w:rPr>
                <w:sz w:val="19"/>
                <w:lang w:val="ru-RU"/>
              </w:rPr>
              <w:t>доброзичливу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комунікацію</w:t>
            </w:r>
            <w:proofErr w:type="spellEnd"/>
            <w:r w:rsidRPr="00197169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Реагує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після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прямого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спонукання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1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AC4C7B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Поодинокі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випадки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вияву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ввічливості</w:t>
            </w:r>
            <w:proofErr w:type="spellEnd"/>
            <w:r w:rsidRPr="00197169">
              <w:rPr>
                <w:sz w:val="19"/>
                <w:lang w:val="ru-RU"/>
              </w:rPr>
              <w:t xml:space="preserve"> у </w:t>
            </w:r>
            <w:proofErr w:type="spellStart"/>
            <w:r w:rsidRPr="00197169">
              <w:rPr>
                <w:sz w:val="19"/>
                <w:lang w:val="ru-RU"/>
              </w:rPr>
              <w:t>типових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ситуаціях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</w:tr>
      <w:tr w:rsidR="00197169" w:rsidRPr="00E52E56" w14:paraId="69BEDD30" w14:textId="77777777" w:rsidTr="00E52E56">
        <w:trPr>
          <w:jc w:val="center"/>
        </w:trPr>
        <w:tc>
          <w:tcPr>
            <w:tcW w:w="16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6C878C" w14:textId="77777777" w:rsidR="00EC5B95" w:rsidRPr="00197169" w:rsidRDefault="00EC5B95">
            <w:pPr>
              <w:rPr>
                <w:lang w:val="ru-RU"/>
              </w:rPr>
            </w:pPr>
          </w:p>
        </w:tc>
        <w:tc>
          <w:tcPr>
            <w:tcW w:w="74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98B73D" w14:textId="77777777" w:rsidR="00EC5B95" w:rsidRDefault="001B5CF9">
            <w:pPr>
              <w:spacing w:before="60" w:after="60"/>
              <w:jc w:val="center"/>
            </w:pPr>
            <w:r>
              <w:rPr>
                <w:b/>
                <w:sz w:val="19"/>
              </w:rPr>
              <w:t>2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BA6D8A" w14:textId="77777777" w:rsidR="00EC5B95" w:rsidRDefault="001B5CF9">
            <w:pPr>
              <w:spacing w:before="60" w:after="60"/>
            </w:pPr>
            <w:proofErr w:type="spellStart"/>
            <w:r w:rsidRPr="00197169">
              <w:rPr>
                <w:sz w:val="19"/>
                <w:lang w:val="ru-RU"/>
              </w:rPr>
              <w:t>Розпізнає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частину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знайомих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етичних</w:t>
            </w:r>
            <w:proofErr w:type="spellEnd"/>
            <w:r w:rsidRPr="00197169">
              <w:rPr>
                <w:sz w:val="19"/>
                <w:lang w:val="ru-RU"/>
              </w:rPr>
              <w:t xml:space="preserve"> понять і </w:t>
            </w:r>
            <w:proofErr w:type="spellStart"/>
            <w:r w:rsidRPr="00197169">
              <w:rPr>
                <w:sz w:val="19"/>
                <w:lang w:val="ru-RU"/>
              </w:rPr>
              <w:t>простих</w:t>
            </w:r>
            <w:proofErr w:type="spellEnd"/>
            <w:r w:rsidRPr="00197169">
              <w:rPr>
                <w:sz w:val="19"/>
                <w:lang w:val="ru-RU"/>
              </w:rPr>
              <w:t xml:space="preserve"> правил </w:t>
            </w:r>
            <w:proofErr w:type="spellStart"/>
            <w:r w:rsidRPr="00197169">
              <w:rPr>
                <w:sz w:val="19"/>
                <w:lang w:val="ru-RU"/>
              </w:rPr>
              <w:t>етикету</w:t>
            </w:r>
            <w:proofErr w:type="spellEnd"/>
            <w:r w:rsidRPr="00197169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Розуміє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окремі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елементи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поведінки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5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08FA76" w14:textId="77777777" w:rsidR="00EC5B95" w:rsidRDefault="001B5CF9">
            <w:pPr>
              <w:spacing w:before="60" w:after="60"/>
            </w:pPr>
            <w:proofErr w:type="spellStart"/>
            <w:r w:rsidRPr="00197169">
              <w:rPr>
                <w:sz w:val="19"/>
                <w:lang w:val="ru-RU"/>
              </w:rPr>
              <w:t>Виконує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прості</w:t>
            </w:r>
            <w:proofErr w:type="spellEnd"/>
            <w:r w:rsidRPr="00197169">
              <w:rPr>
                <w:sz w:val="19"/>
                <w:lang w:val="ru-RU"/>
              </w:rPr>
              <w:t xml:space="preserve"> морально-</w:t>
            </w:r>
            <w:proofErr w:type="spellStart"/>
            <w:r w:rsidRPr="00197169">
              <w:rPr>
                <w:sz w:val="19"/>
                <w:lang w:val="ru-RU"/>
              </w:rPr>
              <w:t>етичні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завдання</w:t>
            </w:r>
            <w:proofErr w:type="spellEnd"/>
            <w:r w:rsidRPr="00197169">
              <w:rPr>
                <w:sz w:val="19"/>
                <w:lang w:val="ru-RU"/>
              </w:rPr>
              <w:t xml:space="preserve"> за </w:t>
            </w:r>
            <w:proofErr w:type="spellStart"/>
            <w:r w:rsidRPr="00197169">
              <w:rPr>
                <w:sz w:val="19"/>
                <w:lang w:val="ru-RU"/>
              </w:rPr>
              <w:t>зразком</w:t>
            </w:r>
            <w:proofErr w:type="spellEnd"/>
            <w:r w:rsidRPr="00197169">
              <w:rPr>
                <w:sz w:val="19"/>
                <w:lang w:val="ru-RU"/>
              </w:rPr>
              <w:t xml:space="preserve"> з </w:t>
            </w:r>
            <w:proofErr w:type="spellStart"/>
            <w:r w:rsidRPr="00197169">
              <w:rPr>
                <w:sz w:val="19"/>
                <w:lang w:val="ru-RU"/>
              </w:rPr>
              <w:t>постійними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підказками</w:t>
            </w:r>
            <w:proofErr w:type="spellEnd"/>
            <w:r w:rsidRPr="00197169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Багато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помилок</w:t>
            </w:r>
            <w:proofErr w:type="spellEnd"/>
            <w:r>
              <w:rPr>
                <w:sz w:val="19"/>
              </w:rPr>
              <w:t xml:space="preserve"> у </w:t>
            </w:r>
            <w:proofErr w:type="spellStart"/>
            <w:r>
              <w:rPr>
                <w:sz w:val="19"/>
              </w:rPr>
              <w:t>поведінці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3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7D449A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Працює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лише</w:t>
            </w:r>
            <w:proofErr w:type="spellEnd"/>
            <w:r w:rsidRPr="00197169">
              <w:rPr>
                <w:sz w:val="19"/>
                <w:lang w:val="ru-RU"/>
              </w:rPr>
              <w:t xml:space="preserve"> за </w:t>
            </w:r>
            <w:proofErr w:type="spellStart"/>
            <w:r w:rsidRPr="00197169">
              <w:rPr>
                <w:sz w:val="19"/>
                <w:lang w:val="ru-RU"/>
              </w:rPr>
              <w:t>безпосередньої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емоційної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допомоги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вчителя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49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DA995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Відповідає</w:t>
            </w:r>
            <w:proofErr w:type="spellEnd"/>
            <w:r w:rsidRPr="00197169">
              <w:rPr>
                <w:sz w:val="19"/>
                <w:lang w:val="ru-RU"/>
              </w:rPr>
              <w:t xml:space="preserve"> на </w:t>
            </w:r>
            <w:proofErr w:type="spellStart"/>
            <w:r w:rsidRPr="00197169">
              <w:rPr>
                <w:sz w:val="19"/>
                <w:lang w:val="ru-RU"/>
              </w:rPr>
              <w:t>прості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запитання</w:t>
            </w:r>
            <w:proofErr w:type="spellEnd"/>
            <w:r w:rsidRPr="00197169">
              <w:rPr>
                <w:sz w:val="19"/>
                <w:lang w:val="ru-RU"/>
              </w:rPr>
              <w:t xml:space="preserve"> про </w:t>
            </w:r>
            <w:proofErr w:type="spellStart"/>
            <w:r w:rsidRPr="00197169">
              <w:rPr>
                <w:sz w:val="19"/>
                <w:lang w:val="ru-RU"/>
              </w:rPr>
              <w:t>взаємини</w:t>
            </w:r>
            <w:proofErr w:type="spellEnd"/>
            <w:r w:rsidRPr="00197169">
              <w:rPr>
                <w:sz w:val="19"/>
                <w:lang w:val="ru-RU"/>
              </w:rPr>
              <w:t xml:space="preserve"> за </w:t>
            </w:r>
            <w:proofErr w:type="spellStart"/>
            <w:r w:rsidRPr="00197169">
              <w:rPr>
                <w:sz w:val="19"/>
                <w:lang w:val="ru-RU"/>
              </w:rPr>
              <w:t>допомогою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вчителя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або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ілюстративної</w:t>
            </w:r>
            <w:proofErr w:type="spellEnd"/>
            <w:r w:rsidRPr="00197169">
              <w:rPr>
                <w:sz w:val="19"/>
                <w:lang w:val="ru-RU"/>
              </w:rPr>
              <w:t xml:space="preserve"> опори.</w:t>
            </w:r>
          </w:p>
        </w:tc>
        <w:tc>
          <w:tcPr>
            <w:tcW w:w="21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1F6051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r w:rsidRPr="00197169">
              <w:rPr>
                <w:sz w:val="19"/>
                <w:lang w:val="ru-RU"/>
              </w:rPr>
              <w:t xml:space="preserve">Фрагментарно в </w:t>
            </w:r>
            <w:proofErr w:type="spellStart"/>
            <w:r w:rsidRPr="00197169">
              <w:rPr>
                <w:sz w:val="19"/>
                <w:lang w:val="ru-RU"/>
              </w:rPr>
              <w:t>знайомих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ситуаціях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спілкування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</w:tr>
      <w:tr w:rsidR="00197169" w:rsidRPr="00E52E56" w14:paraId="0A0C6665" w14:textId="77777777" w:rsidTr="00E52E56">
        <w:trPr>
          <w:jc w:val="center"/>
        </w:trPr>
        <w:tc>
          <w:tcPr>
            <w:tcW w:w="16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386B81" w14:textId="77777777" w:rsidR="00EC5B95" w:rsidRPr="00197169" w:rsidRDefault="00EC5B95">
            <w:pPr>
              <w:rPr>
                <w:lang w:val="ru-RU"/>
              </w:rPr>
            </w:pPr>
          </w:p>
        </w:tc>
        <w:tc>
          <w:tcPr>
            <w:tcW w:w="74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811160" w14:textId="77777777" w:rsidR="00EC5B95" w:rsidRDefault="001B5CF9">
            <w:pPr>
              <w:spacing w:before="60" w:after="60"/>
              <w:jc w:val="center"/>
            </w:pPr>
            <w:r>
              <w:rPr>
                <w:b/>
                <w:sz w:val="19"/>
              </w:rPr>
              <w:t>3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845DBB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Розуміє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основне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значення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окремих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моральних</w:t>
            </w:r>
            <w:proofErr w:type="spellEnd"/>
            <w:r w:rsidRPr="00197169">
              <w:rPr>
                <w:sz w:val="19"/>
                <w:lang w:val="ru-RU"/>
              </w:rPr>
              <w:t xml:space="preserve"> норм і </w:t>
            </w:r>
            <w:proofErr w:type="spellStart"/>
            <w:r w:rsidRPr="00197169">
              <w:rPr>
                <w:sz w:val="19"/>
                <w:lang w:val="ru-RU"/>
              </w:rPr>
              <w:t>простих</w:t>
            </w:r>
            <w:proofErr w:type="spellEnd"/>
            <w:r w:rsidRPr="00197169">
              <w:rPr>
                <w:sz w:val="19"/>
                <w:lang w:val="ru-RU"/>
              </w:rPr>
              <w:t xml:space="preserve"> правил </w:t>
            </w:r>
            <w:proofErr w:type="spellStart"/>
            <w:r w:rsidRPr="00197169">
              <w:rPr>
                <w:sz w:val="19"/>
                <w:lang w:val="ru-RU"/>
              </w:rPr>
              <w:t>гуманності</w:t>
            </w:r>
            <w:proofErr w:type="spellEnd"/>
            <w:r w:rsidRPr="00197169">
              <w:rPr>
                <w:sz w:val="19"/>
                <w:lang w:val="ru-RU"/>
              </w:rPr>
              <w:t xml:space="preserve"> з опорою.</w:t>
            </w:r>
          </w:p>
        </w:tc>
        <w:tc>
          <w:tcPr>
            <w:tcW w:w="25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0C77D8" w14:textId="77777777" w:rsidR="00EC5B95" w:rsidRDefault="001B5CF9">
            <w:pPr>
              <w:spacing w:before="60" w:after="60"/>
            </w:pPr>
            <w:proofErr w:type="spellStart"/>
            <w:r w:rsidRPr="00197169">
              <w:rPr>
                <w:sz w:val="19"/>
                <w:lang w:val="ru-RU"/>
              </w:rPr>
              <w:t>Відтворює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прості</w:t>
            </w:r>
            <w:proofErr w:type="spellEnd"/>
            <w:r w:rsidRPr="00197169">
              <w:rPr>
                <w:sz w:val="19"/>
                <w:lang w:val="ru-RU"/>
              </w:rPr>
              <w:t xml:space="preserve"> правила </w:t>
            </w:r>
            <w:proofErr w:type="spellStart"/>
            <w:r w:rsidRPr="00197169">
              <w:rPr>
                <w:sz w:val="19"/>
                <w:lang w:val="ru-RU"/>
              </w:rPr>
              <w:t>етикету</w:t>
            </w:r>
            <w:proofErr w:type="spellEnd"/>
            <w:r w:rsidRPr="00197169">
              <w:rPr>
                <w:sz w:val="19"/>
                <w:lang w:val="ru-RU"/>
              </w:rPr>
              <w:t xml:space="preserve"> за </w:t>
            </w:r>
            <w:proofErr w:type="spellStart"/>
            <w:r w:rsidRPr="00197169">
              <w:rPr>
                <w:sz w:val="19"/>
                <w:lang w:val="ru-RU"/>
              </w:rPr>
              <w:t>зразком</w:t>
            </w:r>
            <w:proofErr w:type="spellEnd"/>
            <w:r w:rsidRPr="00197169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Допускає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численні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відхилення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3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E7A0D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Працює</w:t>
            </w:r>
            <w:proofErr w:type="spellEnd"/>
            <w:r w:rsidRPr="00197169">
              <w:rPr>
                <w:sz w:val="19"/>
                <w:lang w:val="ru-RU"/>
              </w:rPr>
              <w:t xml:space="preserve"> за </w:t>
            </w:r>
            <w:proofErr w:type="spellStart"/>
            <w:r w:rsidRPr="00197169">
              <w:rPr>
                <w:sz w:val="19"/>
                <w:lang w:val="ru-RU"/>
              </w:rPr>
              <w:t>зразком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потребує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частої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допомоги</w:t>
            </w:r>
            <w:proofErr w:type="spellEnd"/>
            <w:r w:rsidRPr="00197169">
              <w:rPr>
                <w:sz w:val="19"/>
                <w:lang w:val="ru-RU"/>
              </w:rPr>
              <w:t xml:space="preserve"> у </w:t>
            </w:r>
            <w:proofErr w:type="spellStart"/>
            <w:r w:rsidRPr="00197169">
              <w:rPr>
                <w:sz w:val="19"/>
                <w:lang w:val="ru-RU"/>
              </w:rPr>
              <w:t>саморегуляції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49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7D23BB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Реагує</w:t>
            </w:r>
            <w:proofErr w:type="spellEnd"/>
            <w:r w:rsidRPr="00197169">
              <w:rPr>
                <w:sz w:val="19"/>
                <w:lang w:val="ru-RU"/>
              </w:rPr>
              <w:t xml:space="preserve"> на </w:t>
            </w:r>
            <w:proofErr w:type="spellStart"/>
            <w:r w:rsidRPr="00197169">
              <w:rPr>
                <w:sz w:val="19"/>
                <w:lang w:val="ru-RU"/>
              </w:rPr>
              <w:t>прості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звернення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може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дати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коротку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оцінку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вчинку</w:t>
            </w:r>
            <w:proofErr w:type="spellEnd"/>
            <w:r w:rsidRPr="00197169">
              <w:rPr>
                <w:sz w:val="19"/>
                <w:lang w:val="ru-RU"/>
              </w:rPr>
              <w:t xml:space="preserve"> за моральною опорою.</w:t>
            </w:r>
          </w:p>
        </w:tc>
        <w:tc>
          <w:tcPr>
            <w:tcW w:w="21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D0A310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Зрідка</w:t>
            </w:r>
            <w:proofErr w:type="spellEnd"/>
            <w:r w:rsidRPr="00197169">
              <w:rPr>
                <w:sz w:val="19"/>
                <w:lang w:val="ru-RU"/>
              </w:rPr>
              <w:t xml:space="preserve"> в добре </w:t>
            </w:r>
            <w:proofErr w:type="spellStart"/>
            <w:r w:rsidRPr="00197169">
              <w:rPr>
                <w:sz w:val="19"/>
                <w:lang w:val="ru-RU"/>
              </w:rPr>
              <w:t>знайомих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життєвих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ситуаціях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</w:tr>
      <w:tr w:rsidR="00197169" w:rsidRPr="00E52E56" w14:paraId="6A07C7BD" w14:textId="77777777" w:rsidTr="00E52E56">
        <w:trPr>
          <w:jc w:val="center"/>
        </w:trPr>
        <w:tc>
          <w:tcPr>
            <w:tcW w:w="16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C0F268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r w:rsidRPr="00197169">
              <w:rPr>
                <w:sz w:val="19"/>
                <w:lang w:val="ru-RU"/>
              </w:rPr>
              <w:t xml:space="preserve">4 – 6/ </w:t>
            </w:r>
            <w:proofErr w:type="spellStart"/>
            <w:r w:rsidRPr="00197169">
              <w:rPr>
                <w:sz w:val="19"/>
                <w:lang w:val="ru-RU"/>
              </w:rPr>
              <w:t>середній</w:t>
            </w:r>
            <w:proofErr w:type="spellEnd"/>
            <w:r w:rsidRPr="00197169">
              <w:rPr>
                <w:sz w:val="19"/>
                <w:lang w:val="ru-RU"/>
              </w:rPr>
              <w:br/>
            </w:r>
            <w:proofErr w:type="spellStart"/>
            <w:r w:rsidRPr="00197169">
              <w:rPr>
                <w:sz w:val="19"/>
                <w:lang w:val="ru-RU"/>
              </w:rPr>
              <w:t>Часткове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сприйняття</w:t>
            </w:r>
            <w:proofErr w:type="spellEnd"/>
            <w:r w:rsidRPr="00197169">
              <w:rPr>
                <w:sz w:val="19"/>
                <w:lang w:val="ru-RU"/>
              </w:rPr>
              <w:t xml:space="preserve"> з </w:t>
            </w:r>
            <w:proofErr w:type="spellStart"/>
            <w:r w:rsidRPr="00197169">
              <w:rPr>
                <w:sz w:val="19"/>
                <w:lang w:val="ru-RU"/>
              </w:rPr>
              <w:t>періодичною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підтримкою</w:t>
            </w:r>
            <w:proofErr w:type="spellEnd"/>
            <w:r w:rsidRPr="00197169">
              <w:rPr>
                <w:sz w:val="19"/>
                <w:lang w:val="ru-RU"/>
              </w:rPr>
              <w:t xml:space="preserve">. </w:t>
            </w:r>
            <w:proofErr w:type="spellStart"/>
            <w:r w:rsidRPr="00197169">
              <w:rPr>
                <w:sz w:val="19"/>
                <w:lang w:val="ru-RU"/>
              </w:rPr>
              <w:t>Учень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відтворює</w:t>
            </w:r>
            <w:proofErr w:type="spellEnd"/>
            <w:r w:rsidRPr="00197169">
              <w:rPr>
                <w:sz w:val="19"/>
                <w:lang w:val="ru-RU"/>
              </w:rPr>
              <w:t xml:space="preserve"> за </w:t>
            </w:r>
            <w:proofErr w:type="spellStart"/>
            <w:r w:rsidRPr="00197169">
              <w:rPr>
                <w:sz w:val="19"/>
                <w:lang w:val="ru-RU"/>
              </w:rPr>
              <w:t>зразком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  <w:p w14:paraId="3D203EB9" w14:textId="77777777" w:rsidR="00EC5B95" w:rsidRPr="00197169" w:rsidRDefault="00EC5B95">
            <w:pPr>
              <w:spacing w:before="60" w:after="60"/>
              <w:rPr>
                <w:lang w:val="ru-RU"/>
              </w:rPr>
            </w:pPr>
          </w:p>
          <w:p w14:paraId="191308DD" w14:textId="77777777" w:rsidR="00EC5B95" w:rsidRPr="00197169" w:rsidRDefault="00EC5B95">
            <w:pPr>
              <w:spacing w:before="60" w:after="60"/>
              <w:rPr>
                <w:lang w:val="ru-RU"/>
              </w:rPr>
            </w:pPr>
          </w:p>
        </w:tc>
        <w:tc>
          <w:tcPr>
            <w:tcW w:w="74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47CEF8" w14:textId="77777777" w:rsidR="00EC5B95" w:rsidRDefault="001B5CF9">
            <w:pPr>
              <w:spacing w:before="60" w:after="60"/>
              <w:jc w:val="center"/>
            </w:pPr>
            <w:r>
              <w:rPr>
                <w:b/>
                <w:sz w:val="19"/>
              </w:rPr>
              <w:t>4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BBAE9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Розуміє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моральний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зміст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простих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текстів</w:t>
            </w:r>
            <w:proofErr w:type="spellEnd"/>
            <w:r w:rsidRPr="00197169">
              <w:rPr>
                <w:sz w:val="19"/>
                <w:lang w:val="ru-RU"/>
              </w:rPr>
              <w:t xml:space="preserve">/притч та </w:t>
            </w:r>
            <w:proofErr w:type="spellStart"/>
            <w:r w:rsidRPr="00197169">
              <w:rPr>
                <w:sz w:val="19"/>
                <w:lang w:val="ru-RU"/>
              </w:rPr>
              <w:t>висловлювань</w:t>
            </w:r>
            <w:proofErr w:type="spellEnd"/>
            <w:r w:rsidRPr="00197169">
              <w:rPr>
                <w:sz w:val="19"/>
                <w:lang w:val="ru-RU"/>
              </w:rPr>
              <w:t xml:space="preserve"> за </w:t>
            </w:r>
            <w:proofErr w:type="spellStart"/>
            <w:r w:rsidRPr="00197169">
              <w:rPr>
                <w:sz w:val="19"/>
                <w:lang w:val="ru-RU"/>
              </w:rPr>
              <w:t>наявності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моральних</w:t>
            </w:r>
            <w:proofErr w:type="spellEnd"/>
            <w:r w:rsidRPr="00197169">
              <w:rPr>
                <w:sz w:val="19"/>
                <w:lang w:val="ru-RU"/>
              </w:rPr>
              <w:t xml:space="preserve"> опор.</w:t>
            </w:r>
          </w:p>
        </w:tc>
        <w:tc>
          <w:tcPr>
            <w:tcW w:w="25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9E6D0A" w14:textId="77777777" w:rsidR="00EC5B95" w:rsidRDefault="001B5CF9">
            <w:pPr>
              <w:spacing w:before="60" w:after="60"/>
            </w:pPr>
            <w:proofErr w:type="spellStart"/>
            <w:r w:rsidRPr="00197169">
              <w:rPr>
                <w:sz w:val="19"/>
                <w:lang w:val="ru-RU"/>
              </w:rPr>
              <w:t>Виконує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типові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завдання</w:t>
            </w:r>
            <w:proofErr w:type="spellEnd"/>
            <w:r w:rsidRPr="00197169">
              <w:rPr>
                <w:sz w:val="19"/>
                <w:lang w:val="ru-RU"/>
              </w:rPr>
              <w:t xml:space="preserve"> з </w:t>
            </w:r>
            <w:proofErr w:type="spellStart"/>
            <w:r w:rsidRPr="00197169">
              <w:rPr>
                <w:sz w:val="19"/>
                <w:lang w:val="ru-RU"/>
              </w:rPr>
              <w:t>моделювання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поведінки</w:t>
            </w:r>
            <w:proofErr w:type="spellEnd"/>
            <w:r w:rsidRPr="00197169">
              <w:rPr>
                <w:sz w:val="19"/>
                <w:lang w:val="ru-RU"/>
              </w:rPr>
              <w:t xml:space="preserve"> за </w:t>
            </w:r>
            <w:proofErr w:type="spellStart"/>
            <w:r w:rsidRPr="00197169">
              <w:rPr>
                <w:sz w:val="19"/>
                <w:lang w:val="ru-RU"/>
              </w:rPr>
              <w:t>зразком</w:t>
            </w:r>
            <w:proofErr w:type="spellEnd"/>
            <w:r w:rsidRPr="00197169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Вчинки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інколи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суперечливі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3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9DDCA" w14:textId="77777777" w:rsidR="00EC5B95" w:rsidRDefault="001B5CF9">
            <w:pPr>
              <w:spacing w:before="60" w:after="60"/>
            </w:pPr>
            <w:proofErr w:type="spellStart"/>
            <w:r>
              <w:rPr>
                <w:sz w:val="19"/>
              </w:rPr>
              <w:t>Потребує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зовнішнього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стимулювання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схвалення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періодичної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емоційної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допомоги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49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4E8153" w14:textId="77777777" w:rsidR="00EC5B95" w:rsidRDefault="001B5CF9">
            <w:pPr>
              <w:spacing w:before="60" w:after="60"/>
            </w:pPr>
            <w:proofErr w:type="spellStart"/>
            <w:r w:rsidRPr="00197169">
              <w:rPr>
                <w:sz w:val="19"/>
                <w:lang w:val="ru-RU"/>
              </w:rPr>
              <w:t>Вступає</w:t>
            </w:r>
            <w:proofErr w:type="spellEnd"/>
            <w:r w:rsidRPr="00197169">
              <w:rPr>
                <w:sz w:val="19"/>
                <w:lang w:val="ru-RU"/>
              </w:rPr>
              <w:t xml:space="preserve"> в </w:t>
            </w:r>
            <w:proofErr w:type="spellStart"/>
            <w:r w:rsidRPr="00197169">
              <w:rPr>
                <w:sz w:val="19"/>
                <w:lang w:val="ru-RU"/>
              </w:rPr>
              <w:t>простий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діалог</w:t>
            </w:r>
            <w:proofErr w:type="spellEnd"/>
            <w:r w:rsidRPr="00197169">
              <w:rPr>
                <w:sz w:val="19"/>
                <w:lang w:val="ru-RU"/>
              </w:rPr>
              <w:t xml:space="preserve"> про дружбу та </w:t>
            </w:r>
            <w:proofErr w:type="spellStart"/>
            <w:r w:rsidRPr="00197169">
              <w:rPr>
                <w:sz w:val="19"/>
                <w:lang w:val="ru-RU"/>
              </w:rPr>
              <w:t>повагу</w:t>
            </w:r>
            <w:proofErr w:type="spellEnd"/>
            <w:r w:rsidRPr="00197169">
              <w:rPr>
                <w:sz w:val="19"/>
                <w:lang w:val="ru-RU"/>
              </w:rPr>
              <w:t xml:space="preserve"> за </w:t>
            </w:r>
            <w:proofErr w:type="spellStart"/>
            <w:r w:rsidRPr="00197169">
              <w:rPr>
                <w:sz w:val="19"/>
                <w:lang w:val="ru-RU"/>
              </w:rPr>
              <w:t>ініціативою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інших</w:t>
            </w:r>
            <w:proofErr w:type="spellEnd"/>
            <w:r w:rsidRPr="00197169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Відповідає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коротко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1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C41934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Епізодично</w:t>
            </w:r>
            <w:proofErr w:type="spellEnd"/>
            <w:r w:rsidRPr="00197169">
              <w:rPr>
                <w:sz w:val="19"/>
                <w:lang w:val="ru-RU"/>
              </w:rPr>
              <w:t xml:space="preserve"> в </w:t>
            </w:r>
            <w:proofErr w:type="spellStart"/>
            <w:r w:rsidRPr="00197169">
              <w:rPr>
                <w:sz w:val="19"/>
                <w:lang w:val="ru-RU"/>
              </w:rPr>
              <w:t>типових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етичних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ситуаціях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</w:tr>
      <w:tr w:rsidR="00197169" w:rsidRPr="00E52E56" w14:paraId="247B373A" w14:textId="77777777" w:rsidTr="00E52E56">
        <w:trPr>
          <w:jc w:val="center"/>
        </w:trPr>
        <w:tc>
          <w:tcPr>
            <w:tcW w:w="16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86946C" w14:textId="77777777" w:rsidR="00EC5B95" w:rsidRPr="00197169" w:rsidRDefault="00EC5B95">
            <w:pPr>
              <w:rPr>
                <w:lang w:val="ru-RU"/>
              </w:rPr>
            </w:pPr>
          </w:p>
        </w:tc>
        <w:tc>
          <w:tcPr>
            <w:tcW w:w="74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F8C941" w14:textId="77777777" w:rsidR="00EC5B95" w:rsidRDefault="001B5CF9">
            <w:pPr>
              <w:spacing w:before="60" w:after="60"/>
              <w:jc w:val="center"/>
            </w:pPr>
            <w:r>
              <w:rPr>
                <w:b/>
                <w:sz w:val="19"/>
              </w:rPr>
              <w:t>5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4D8A2C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Розуміє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частину</w:t>
            </w:r>
            <w:proofErr w:type="spellEnd"/>
            <w:r w:rsidRPr="00197169">
              <w:rPr>
                <w:sz w:val="19"/>
                <w:lang w:val="ru-RU"/>
              </w:rPr>
              <w:t xml:space="preserve"> основного </w:t>
            </w:r>
            <w:proofErr w:type="spellStart"/>
            <w:r w:rsidRPr="00197169">
              <w:rPr>
                <w:sz w:val="19"/>
                <w:lang w:val="ru-RU"/>
              </w:rPr>
              <w:t>змісту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етичної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дилеми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знаходить</w:t>
            </w:r>
            <w:proofErr w:type="spellEnd"/>
            <w:r w:rsidRPr="00197169">
              <w:rPr>
                <w:sz w:val="19"/>
                <w:lang w:val="ru-RU"/>
              </w:rPr>
              <w:t xml:space="preserve"> явно </w:t>
            </w:r>
            <w:proofErr w:type="spellStart"/>
            <w:r w:rsidRPr="00197169">
              <w:rPr>
                <w:sz w:val="19"/>
                <w:lang w:val="ru-RU"/>
              </w:rPr>
              <w:t>вказані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моральні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цінності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5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BA7F5E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Виконує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завдання</w:t>
            </w:r>
            <w:proofErr w:type="spellEnd"/>
            <w:r w:rsidRPr="00197169">
              <w:rPr>
                <w:sz w:val="19"/>
                <w:lang w:val="ru-RU"/>
              </w:rPr>
              <w:t xml:space="preserve"> з </w:t>
            </w:r>
            <w:proofErr w:type="spellStart"/>
            <w:r w:rsidRPr="00197169">
              <w:rPr>
                <w:sz w:val="19"/>
                <w:lang w:val="ru-RU"/>
              </w:rPr>
              <w:t>оцінки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вчинків</w:t>
            </w:r>
            <w:proofErr w:type="spellEnd"/>
            <w:r w:rsidRPr="00197169">
              <w:rPr>
                <w:sz w:val="19"/>
                <w:lang w:val="ru-RU"/>
              </w:rPr>
              <w:t xml:space="preserve"> за алгоритмом. </w:t>
            </w:r>
            <w:proofErr w:type="spellStart"/>
            <w:r w:rsidRPr="00197169">
              <w:rPr>
                <w:sz w:val="19"/>
                <w:lang w:val="ru-RU"/>
              </w:rPr>
              <w:t>Застосовує</w:t>
            </w:r>
            <w:proofErr w:type="spellEnd"/>
            <w:r w:rsidRPr="00197169">
              <w:rPr>
                <w:sz w:val="19"/>
                <w:lang w:val="ru-RU"/>
              </w:rPr>
              <w:t xml:space="preserve"> правила </w:t>
            </w:r>
            <w:proofErr w:type="spellStart"/>
            <w:r w:rsidRPr="00197169">
              <w:rPr>
                <w:sz w:val="19"/>
                <w:lang w:val="ru-RU"/>
              </w:rPr>
              <w:t>етикету</w:t>
            </w:r>
            <w:proofErr w:type="spellEnd"/>
            <w:r w:rsidRPr="00197169">
              <w:rPr>
                <w:sz w:val="19"/>
                <w:lang w:val="ru-RU"/>
              </w:rPr>
              <w:t xml:space="preserve"> з </w:t>
            </w:r>
            <w:proofErr w:type="spellStart"/>
            <w:r w:rsidRPr="00197169">
              <w:rPr>
                <w:sz w:val="19"/>
                <w:lang w:val="ru-RU"/>
              </w:rPr>
              <w:t>допомогою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3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B51AA1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Працює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частково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самостійно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потребує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моральної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підтримки</w:t>
            </w:r>
            <w:proofErr w:type="spellEnd"/>
            <w:r w:rsidRPr="00197169">
              <w:rPr>
                <w:sz w:val="19"/>
                <w:lang w:val="ru-RU"/>
              </w:rPr>
              <w:t xml:space="preserve"> на </w:t>
            </w:r>
            <w:proofErr w:type="spellStart"/>
            <w:r w:rsidRPr="00197169">
              <w:rPr>
                <w:sz w:val="19"/>
                <w:lang w:val="ru-RU"/>
              </w:rPr>
              <w:t>складніших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етапах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вибору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49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CB7864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Підтримує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етичний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діалог</w:t>
            </w:r>
            <w:proofErr w:type="spellEnd"/>
            <w:r w:rsidRPr="00197169">
              <w:rPr>
                <w:sz w:val="19"/>
                <w:lang w:val="ru-RU"/>
              </w:rPr>
              <w:t xml:space="preserve">, ставить </w:t>
            </w:r>
            <w:proofErr w:type="spellStart"/>
            <w:r w:rsidRPr="00197169">
              <w:rPr>
                <w:sz w:val="19"/>
                <w:lang w:val="ru-RU"/>
              </w:rPr>
              <w:t>окремі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запитання</w:t>
            </w:r>
            <w:proofErr w:type="spellEnd"/>
            <w:r w:rsidRPr="00197169">
              <w:rPr>
                <w:sz w:val="19"/>
                <w:lang w:val="ru-RU"/>
              </w:rPr>
              <w:t xml:space="preserve"> про </w:t>
            </w:r>
            <w:proofErr w:type="spellStart"/>
            <w:r w:rsidRPr="00197169">
              <w:rPr>
                <w:sz w:val="19"/>
                <w:lang w:val="ru-RU"/>
              </w:rPr>
              <w:t>толерантність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1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D66F5E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Епізодично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переважно</w:t>
            </w:r>
            <w:proofErr w:type="spellEnd"/>
            <w:r w:rsidRPr="00197169">
              <w:rPr>
                <w:sz w:val="19"/>
                <w:lang w:val="ru-RU"/>
              </w:rPr>
              <w:t xml:space="preserve"> в </w:t>
            </w:r>
            <w:proofErr w:type="spellStart"/>
            <w:r w:rsidRPr="00197169">
              <w:rPr>
                <w:sz w:val="19"/>
                <w:lang w:val="ru-RU"/>
              </w:rPr>
              <w:t>типових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життєвих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ситуаціях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</w:tr>
      <w:tr w:rsidR="00197169" w:rsidRPr="00E52E56" w14:paraId="5C116F47" w14:textId="77777777" w:rsidTr="00E52E56">
        <w:trPr>
          <w:jc w:val="center"/>
        </w:trPr>
        <w:tc>
          <w:tcPr>
            <w:tcW w:w="16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0269E3" w14:textId="77777777" w:rsidR="00EC5B95" w:rsidRPr="00197169" w:rsidRDefault="00EC5B95">
            <w:pPr>
              <w:rPr>
                <w:lang w:val="ru-RU"/>
              </w:rPr>
            </w:pPr>
          </w:p>
        </w:tc>
        <w:tc>
          <w:tcPr>
            <w:tcW w:w="74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A4FDAF" w14:textId="77777777" w:rsidR="00EC5B95" w:rsidRDefault="001B5CF9">
            <w:pPr>
              <w:spacing w:before="60" w:after="60"/>
              <w:jc w:val="center"/>
            </w:pPr>
            <w:r>
              <w:rPr>
                <w:b/>
                <w:sz w:val="19"/>
              </w:rPr>
              <w:t>6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A502B5" w14:textId="77777777" w:rsidR="00EC5B95" w:rsidRDefault="001B5CF9">
            <w:pPr>
              <w:spacing w:before="60" w:after="60"/>
            </w:pPr>
            <w:proofErr w:type="spellStart"/>
            <w:r>
              <w:rPr>
                <w:sz w:val="19"/>
              </w:rPr>
              <w:t>Розуміє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етичний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зміст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нескладних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ситуацій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визначає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ключові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моральні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якості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героїв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5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65B552" w14:textId="77777777" w:rsidR="00EC5B95" w:rsidRDefault="001B5CF9">
            <w:pPr>
              <w:spacing w:before="60" w:after="60"/>
            </w:pPr>
            <w:proofErr w:type="spellStart"/>
            <w:r w:rsidRPr="00197169">
              <w:rPr>
                <w:sz w:val="19"/>
                <w:lang w:val="ru-RU"/>
              </w:rPr>
              <w:t>Виконує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частково-пошукові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завдання</w:t>
            </w:r>
            <w:proofErr w:type="spellEnd"/>
            <w:r w:rsidRPr="00197169">
              <w:rPr>
                <w:sz w:val="19"/>
                <w:lang w:val="ru-RU"/>
              </w:rPr>
              <w:t xml:space="preserve"> з </w:t>
            </w:r>
            <w:proofErr w:type="spellStart"/>
            <w:r w:rsidRPr="00197169">
              <w:rPr>
                <w:sz w:val="19"/>
                <w:lang w:val="ru-RU"/>
              </w:rPr>
              <w:t>культури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спілкування</w:t>
            </w:r>
            <w:proofErr w:type="spellEnd"/>
            <w:r w:rsidRPr="00197169">
              <w:rPr>
                <w:sz w:val="19"/>
                <w:lang w:val="ru-RU"/>
              </w:rPr>
              <w:t xml:space="preserve"> за </w:t>
            </w:r>
            <w:proofErr w:type="spellStart"/>
            <w:r w:rsidRPr="00197169">
              <w:rPr>
                <w:sz w:val="19"/>
                <w:lang w:val="ru-RU"/>
              </w:rPr>
              <w:t>зразком</w:t>
            </w:r>
            <w:proofErr w:type="spellEnd"/>
            <w:r w:rsidRPr="00197169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Застосовує</w:t>
            </w:r>
            <w:proofErr w:type="spellEnd"/>
            <w:r>
              <w:rPr>
                <w:sz w:val="19"/>
              </w:rPr>
              <w:t xml:space="preserve"> у </w:t>
            </w:r>
            <w:proofErr w:type="spellStart"/>
            <w:r>
              <w:rPr>
                <w:sz w:val="19"/>
              </w:rPr>
              <w:t>стандартних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ситуаціях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3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E9BCEB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Працює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переважно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під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керівництвом</w:t>
            </w:r>
            <w:proofErr w:type="spellEnd"/>
            <w:r w:rsidRPr="00197169">
              <w:rPr>
                <w:sz w:val="19"/>
                <w:lang w:val="ru-RU"/>
              </w:rPr>
              <w:t xml:space="preserve"> учителя, самоконтроль </w:t>
            </w:r>
            <w:proofErr w:type="spellStart"/>
            <w:r w:rsidRPr="00197169">
              <w:rPr>
                <w:sz w:val="19"/>
                <w:lang w:val="ru-RU"/>
              </w:rPr>
              <w:t>розвинений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частково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49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014AB4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Підтримує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діалог</w:t>
            </w:r>
            <w:proofErr w:type="spellEnd"/>
            <w:r w:rsidRPr="00197169">
              <w:rPr>
                <w:sz w:val="19"/>
                <w:lang w:val="ru-RU"/>
              </w:rPr>
              <w:t xml:space="preserve"> про </w:t>
            </w:r>
            <w:proofErr w:type="spellStart"/>
            <w:r w:rsidRPr="00197169">
              <w:rPr>
                <w:sz w:val="19"/>
                <w:lang w:val="ru-RU"/>
              </w:rPr>
              <w:t>чесність</w:t>
            </w:r>
            <w:proofErr w:type="spellEnd"/>
            <w:r w:rsidRPr="00197169">
              <w:rPr>
                <w:sz w:val="19"/>
                <w:lang w:val="ru-RU"/>
              </w:rPr>
              <w:t xml:space="preserve"> і </w:t>
            </w:r>
            <w:proofErr w:type="spellStart"/>
            <w:r w:rsidRPr="00197169">
              <w:rPr>
                <w:sz w:val="19"/>
                <w:lang w:val="ru-RU"/>
              </w:rPr>
              <w:t>справедливість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реагує</w:t>
            </w:r>
            <w:proofErr w:type="spellEnd"/>
            <w:r w:rsidRPr="00197169">
              <w:rPr>
                <w:sz w:val="19"/>
                <w:lang w:val="ru-RU"/>
              </w:rPr>
              <w:t xml:space="preserve"> на </w:t>
            </w:r>
            <w:proofErr w:type="spellStart"/>
            <w:r w:rsidRPr="00197169">
              <w:rPr>
                <w:sz w:val="19"/>
                <w:lang w:val="ru-RU"/>
              </w:rPr>
              <w:t>емоції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співрозмовника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1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9BB23B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Періодично</w:t>
            </w:r>
            <w:proofErr w:type="spellEnd"/>
            <w:r w:rsidRPr="00197169">
              <w:rPr>
                <w:sz w:val="19"/>
                <w:lang w:val="ru-RU"/>
              </w:rPr>
              <w:t xml:space="preserve"> у </w:t>
            </w:r>
            <w:proofErr w:type="spellStart"/>
            <w:r w:rsidRPr="00197169">
              <w:rPr>
                <w:sz w:val="19"/>
                <w:lang w:val="ru-RU"/>
              </w:rPr>
              <w:t>знайомих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міжособистісних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ситуаціях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</w:tr>
      <w:tr w:rsidR="00197169" w:rsidRPr="00E52E56" w14:paraId="37830130" w14:textId="77777777" w:rsidTr="00E52E56">
        <w:trPr>
          <w:jc w:val="center"/>
        </w:trPr>
        <w:tc>
          <w:tcPr>
            <w:tcW w:w="16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E6DB93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r w:rsidRPr="00197169">
              <w:rPr>
                <w:sz w:val="19"/>
                <w:lang w:val="ru-RU"/>
              </w:rPr>
              <w:t xml:space="preserve">7 – 9/ </w:t>
            </w:r>
            <w:proofErr w:type="spellStart"/>
            <w:r w:rsidRPr="00197169">
              <w:rPr>
                <w:sz w:val="19"/>
                <w:lang w:val="ru-RU"/>
              </w:rPr>
              <w:t>достатній</w:t>
            </w:r>
            <w:proofErr w:type="spellEnd"/>
            <w:r w:rsidRPr="00197169">
              <w:rPr>
                <w:sz w:val="19"/>
                <w:lang w:val="ru-RU"/>
              </w:rPr>
              <w:br/>
            </w:r>
            <w:proofErr w:type="spellStart"/>
            <w:r w:rsidRPr="00197169">
              <w:rPr>
                <w:sz w:val="19"/>
                <w:lang w:val="ru-RU"/>
              </w:rPr>
              <w:t>Розуміння</w:t>
            </w:r>
            <w:proofErr w:type="spellEnd"/>
            <w:r w:rsidRPr="00197169">
              <w:rPr>
                <w:sz w:val="19"/>
                <w:lang w:val="ru-RU"/>
              </w:rPr>
              <w:t xml:space="preserve"> з </w:t>
            </w:r>
            <w:proofErr w:type="spellStart"/>
            <w:r w:rsidRPr="00197169">
              <w:rPr>
                <w:sz w:val="19"/>
                <w:lang w:val="ru-RU"/>
              </w:rPr>
              <w:t>переважно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самостійним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виконанням</w:t>
            </w:r>
            <w:proofErr w:type="spellEnd"/>
            <w:r w:rsidRPr="00197169">
              <w:rPr>
                <w:sz w:val="19"/>
                <w:lang w:val="ru-RU"/>
              </w:rPr>
              <w:t xml:space="preserve">. </w:t>
            </w:r>
            <w:proofErr w:type="spellStart"/>
            <w:r w:rsidRPr="00197169">
              <w:rPr>
                <w:sz w:val="19"/>
                <w:lang w:val="ru-RU"/>
              </w:rPr>
              <w:t>Учень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ефективно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використовує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вміння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  <w:p w14:paraId="6A8255A4" w14:textId="77777777" w:rsidR="00EC5B95" w:rsidRPr="00197169" w:rsidRDefault="00EC5B95">
            <w:pPr>
              <w:spacing w:before="60" w:after="60"/>
              <w:rPr>
                <w:lang w:val="ru-RU"/>
              </w:rPr>
            </w:pPr>
          </w:p>
          <w:p w14:paraId="251C5A1C" w14:textId="77777777" w:rsidR="00EC5B95" w:rsidRPr="00197169" w:rsidRDefault="00EC5B95">
            <w:pPr>
              <w:spacing w:before="60" w:after="60"/>
              <w:rPr>
                <w:lang w:val="ru-RU"/>
              </w:rPr>
            </w:pPr>
          </w:p>
        </w:tc>
        <w:tc>
          <w:tcPr>
            <w:tcW w:w="74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B99C5E" w14:textId="77777777" w:rsidR="00EC5B95" w:rsidRDefault="001B5CF9">
            <w:pPr>
              <w:spacing w:before="60" w:after="60"/>
              <w:jc w:val="center"/>
            </w:pPr>
            <w:r>
              <w:rPr>
                <w:b/>
                <w:sz w:val="19"/>
              </w:rPr>
              <w:t>7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B0A4D5" w14:textId="77777777" w:rsidR="00EC5B95" w:rsidRDefault="001B5CF9">
            <w:pPr>
              <w:spacing w:before="60" w:after="60"/>
            </w:pPr>
            <w:proofErr w:type="spellStart"/>
            <w:r>
              <w:rPr>
                <w:sz w:val="19"/>
              </w:rPr>
              <w:t>Розуміє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моральний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зміст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вчинків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знаходить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етичні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мотиви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розрізняє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справжні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хибні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цінності</w:t>
            </w:r>
            <w:proofErr w:type="spellEnd"/>
            <w:r>
              <w:rPr>
                <w:sz w:val="19"/>
              </w:rPr>
              <w:t xml:space="preserve"> з </w:t>
            </w:r>
            <w:proofErr w:type="spellStart"/>
            <w:r>
              <w:rPr>
                <w:sz w:val="19"/>
              </w:rPr>
              <w:t>допомогою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контексту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5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B03B52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Виконує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типові</w:t>
            </w:r>
            <w:proofErr w:type="spellEnd"/>
            <w:r w:rsidRPr="00197169">
              <w:rPr>
                <w:sz w:val="19"/>
                <w:lang w:val="ru-RU"/>
              </w:rPr>
              <w:t xml:space="preserve"> та </w:t>
            </w:r>
            <w:proofErr w:type="spellStart"/>
            <w:r w:rsidRPr="00197169">
              <w:rPr>
                <w:sz w:val="19"/>
                <w:lang w:val="ru-RU"/>
              </w:rPr>
              <w:t>окремі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творчі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завдання</w:t>
            </w:r>
            <w:proofErr w:type="spellEnd"/>
            <w:r w:rsidRPr="00197169">
              <w:rPr>
                <w:sz w:val="19"/>
                <w:lang w:val="ru-RU"/>
              </w:rPr>
              <w:t xml:space="preserve"> з </w:t>
            </w:r>
            <w:proofErr w:type="spellStart"/>
            <w:r w:rsidRPr="00197169">
              <w:rPr>
                <w:sz w:val="19"/>
                <w:lang w:val="ru-RU"/>
              </w:rPr>
              <w:t>етики</w:t>
            </w:r>
            <w:proofErr w:type="spellEnd"/>
            <w:r w:rsidRPr="00197169">
              <w:rPr>
                <w:sz w:val="19"/>
                <w:lang w:val="ru-RU"/>
              </w:rPr>
              <w:t xml:space="preserve">. </w:t>
            </w:r>
            <w:proofErr w:type="spellStart"/>
            <w:r w:rsidRPr="00197169">
              <w:rPr>
                <w:sz w:val="19"/>
                <w:lang w:val="ru-RU"/>
              </w:rPr>
              <w:t>Застосовує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етичні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норми</w:t>
            </w:r>
            <w:proofErr w:type="spellEnd"/>
            <w:r w:rsidRPr="00197169">
              <w:rPr>
                <w:sz w:val="19"/>
                <w:lang w:val="ru-RU"/>
              </w:rPr>
              <w:t xml:space="preserve"> у </w:t>
            </w:r>
            <w:proofErr w:type="spellStart"/>
            <w:r w:rsidRPr="00197169">
              <w:rPr>
                <w:sz w:val="19"/>
                <w:lang w:val="ru-RU"/>
              </w:rPr>
              <w:t>практичних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життєвих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ситуаціях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3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E09E9D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Переважно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контролює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власну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поведінку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самостійно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потрібна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лише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ситуативна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допомога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дорослого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49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31E779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Бере</w:t>
            </w:r>
            <w:proofErr w:type="spellEnd"/>
            <w:r w:rsidRPr="00197169">
              <w:rPr>
                <w:sz w:val="19"/>
                <w:lang w:val="ru-RU"/>
              </w:rPr>
              <w:t xml:space="preserve"> участь у </w:t>
            </w:r>
            <w:proofErr w:type="spellStart"/>
            <w:r w:rsidRPr="00197169">
              <w:rPr>
                <w:sz w:val="19"/>
                <w:lang w:val="ru-RU"/>
              </w:rPr>
              <w:t>колі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спілкування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висловлює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просту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етичну</w:t>
            </w:r>
            <w:proofErr w:type="spellEnd"/>
            <w:r w:rsidRPr="00197169">
              <w:rPr>
                <w:sz w:val="19"/>
                <w:lang w:val="ru-RU"/>
              </w:rPr>
              <w:t xml:space="preserve"> думку, </w:t>
            </w:r>
            <w:proofErr w:type="spellStart"/>
            <w:r w:rsidRPr="00197169">
              <w:rPr>
                <w:sz w:val="19"/>
                <w:lang w:val="ru-RU"/>
              </w:rPr>
              <w:t>підтримує</w:t>
            </w:r>
            <w:proofErr w:type="spellEnd"/>
            <w:r w:rsidRPr="00197169">
              <w:rPr>
                <w:sz w:val="19"/>
                <w:lang w:val="ru-RU"/>
              </w:rPr>
              <w:t xml:space="preserve"> атмосферу </w:t>
            </w:r>
            <w:proofErr w:type="spellStart"/>
            <w:r w:rsidRPr="00197169">
              <w:rPr>
                <w:sz w:val="19"/>
                <w:lang w:val="ru-RU"/>
              </w:rPr>
              <w:t>довіри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1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9B8CA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Постійно</w:t>
            </w:r>
            <w:proofErr w:type="spellEnd"/>
            <w:r w:rsidRPr="00197169">
              <w:rPr>
                <w:sz w:val="19"/>
                <w:lang w:val="ru-RU"/>
              </w:rPr>
              <w:t xml:space="preserve"> в </w:t>
            </w:r>
            <w:proofErr w:type="spellStart"/>
            <w:r w:rsidRPr="00197169">
              <w:rPr>
                <w:sz w:val="19"/>
                <w:lang w:val="ru-RU"/>
              </w:rPr>
              <w:t>типових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ситуаціях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взаємодії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</w:tr>
      <w:tr w:rsidR="00197169" w:rsidRPr="00E52E56" w14:paraId="60B591C0" w14:textId="77777777" w:rsidTr="00E52E56">
        <w:trPr>
          <w:jc w:val="center"/>
        </w:trPr>
        <w:tc>
          <w:tcPr>
            <w:tcW w:w="16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D1662E" w14:textId="77777777" w:rsidR="00EC5B95" w:rsidRPr="00197169" w:rsidRDefault="00EC5B95">
            <w:pPr>
              <w:rPr>
                <w:lang w:val="ru-RU"/>
              </w:rPr>
            </w:pPr>
          </w:p>
        </w:tc>
        <w:tc>
          <w:tcPr>
            <w:tcW w:w="74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49C115" w14:textId="77777777" w:rsidR="00EC5B95" w:rsidRDefault="001B5CF9">
            <w:pPr>
              <w:spacing w:before="60" w:after="60"/>
              <w:jc w:val="center"/>
            </w:pPr>
            <w:r>
              <w:rPr>
                <w:b/>
                <w:sz w:val="19"/>
              </w:rPr>
              <w:t>8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8142AE" w14:textId="77777777" w:rsidR="00EC5B95" w:rsidRDefault="001B5CF9">
            <w:pPr>
              <w:spacing w:before="60" w:after="60"/>
            </w:pPr>
            <w:proofErr w:type="spellStart"/>
            <w:r>
              <w:rPr>
                <w:sz w:val="19"/>
              </w:rPr>
              <w:t>Розуміє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внутрішній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світ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людини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суттєві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деталі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етичних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концепцій</w:t>
            </w:r>
            <w:proofErr w:type="spellEnd"/>
            <w:r>
              <w:rPr>
                <w:sz w:val="19"/>
              </w:rPr>
              <w:t xml:space="preserve">. </w:t>
            </w:r>
            <w:proofErr w:type="spellStart"/>
            <w:r>
              <w:rPr>
                <w:sz w:val="19"/>
              </w:rPr>
              <w:t>Порівнює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різні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моральні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позиції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5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E7F762" w14:textId="77777777" w:rsidR="00EC5B95" w:rsidRDefault="001B5CF9">
            <w:pPr>
              <w:spacing w:before="60" w:after="60"/>
            </w:pPr>
            <w:proofErr w:type="spellStart"/>
            <w:r>
              <w:rPr>
                <w:sz w:val="19"/>
              </w:rPr>
              <w:t>Виконує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пошукові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етичні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завдання</w:t>
            </w:r>
            <w:proofErr w:type="spellEnd"/>
            <w:r>
              <w:rPr>
                <w:sz w:val="19"/>
              </w:rPr>
              <w:t xml:space="preserve">. </w:t>
            </w:r>
            <w:proofErr w:type="spellStart"/>
            <w:r>
              <w:rPr>
                <w:sz w:val="19"/>
              </w:rPr>
              <w:t>Добирає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гідні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мовні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поведінкові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засоби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відповідно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ситуації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3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0A5334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Самостійно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вирішує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більшість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міжособистісних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непорозумінь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звертається</w:t>
            </w:r>
            <w:proofErr w:type="spellEnd"/>
            <w:r w:rsidRPr="00197169">
              <w:rPr>
                <w:sz w:val="19"/>
                <w:lang w:val="ru-RU"/>
              </w:rPr>
              <w:t xml:space="preserve"> за </w:t>
            </w:r>
            <w:proofErr w:type="spellStart"/>
            <w:r w:rsidRPr="00197169">
              <w:rPr>
                <w:sz w:val="19"/>
                <w:lang w:val="ru-RU"/>
              </w:rPr>
              <w:t>порадою</w:t>
            </w:r>
            <w:proofErr w:type="spellEnd"/>
            <w:r w:rsidRPr="00197169">
              <w:rPr>
                <w:sz w:val="19"/>
                <w:lang w:val="ru-RU"/>
              </w:rPr>
              <w:t xml:space="preserve"> за потреби.</w:t>
            </w:r>
          </w:p>
        </w:tc>
        <w:tc>
          <w:tcPr>
            <w:tcW w:w="249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26BB3F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Підтримує</w:t>
            </w:r>
            <w:proofErr w:type="spellEnd"/>
            <w:r w:rsidRPr="00197169">
              <w:rPr>
                <w:sz w:val="19"/>
                <w:lang w:val="ru-RU"/>
              </w:rPr>
              <w:t xml:space="preserve"> та </w:t>
            </w:r>
            <w:proofErr w:type="spellStart"/>
            <w:r w:rsidRPr="00197169">
              <w:rPr>
                <w:sz w:val="19"/>
                <w:lang w:val="ru-RU"/>
              </w:rPr>
              <w:t>ініціює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конструктивну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комунікацію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емпатично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реагує</w:t>
            </w:r>
            <w:proofErr w:type="spellEnd"/>
            <w:r w:rsidRPr="00197169">
              <w:rPr>
                <w:sz w:val="19"/>
                <w:lang w:val="ru-RU"/>
              </w:rPr>
              <w:t xml:space="preserve"> на </w:t>
            </w:r>
            <w:proofErr w:type="spellStart"/>
            <w:r w:rsidRPr="00197169">
              <w:rPr>
                <w:sz w:val="19"/>
                <w:lang w:val="ru-RU"/>
              </w:rPr>
              <w:t>співрозмовника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1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EA330F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Постійно</w:t>
            </w:r>
            <w:proofErr w:type="spellEnd"/>
            <w:r w:rsidRPr="00197169">
              <w:rPr>
                <w:sz w:val="19"/>
                <w:lang w:val="ru-RU"/>
              </w:rPr>
              <w:t xml:space="preserve"> в </w:t>
            </w:r>
            <w:proofErr w:type="spellStart"/>
            <w:r w:rsidRPr="00197169">
              <w:rPr>
                <w:sz w:val="19"/>
                <w:lang w:val="ru-RU"/>
              </w:rPr>
              <w:t>типових</w:t>
            </w:r>
            <w:proofErr w:type="spellEnd"/>
            <w:r w:rsidRPr="00197169">
              <w:rPr>
                <w:sz w:val="19"/>
                <w:lang w:val="ru-RU"/>
              </w:rPr>
              <w:t xml:space="preserve"> та </w:t>
            </w:r>
            <w:proofErr w:type="spellStart"/>
            <w:r w:rsidRPr="00197169">
              <w:rPr>
                <w:sz w:val="19"/>
                <w:lang w:val="ru-RU"/>
              </w:rPr>
              <w:t>більшості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нових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життєвих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ситуацій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</w:tr>
      <w:tr w:rsidR="00197169" w:rsidRPr="00E52E56" w14:paraId="38D6DE2F" w14:textId="77777777" w:rsidTr="00E52E56">
        <w:trPr>
          <w:jc w:val="center"/>
        </w:trPr>
        <w:tc>
          <w:tcPr>
            <w:tcW w:w="16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A561A5" w14:textId="77777777" w:rsidR="00EC5B95" w:rsidRPr="00197169" w:rsidRDefault="00EC5B95">
            <w:pPr>
              <w:rPr>
                <w:lang w:val="ru-RU"/>
              </w:rPr>
            </w:pPr>
          </w:p>
        </w:tc>
        <w:tc>
          <w:tcPr>
            <w:tcW w:w="74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9FCA30" w14:textId="77777777" w:rsidR="00EC5B95" w:rsidRDefault="001B5CF9">
            <w:pPr>
              <w:spacing w:before="60" w:after="60"/>
              <w:jc w:val="center"/>
            </w:pPr>
            <w:r>
              <w:rPr>
                <w:b/>
                <w:sz w:val="19"/>
              </w:rPr>
              <w:t>9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1C65B6" w14:textId="77777777" w:rsidR="00EC5B95" w:rsidRDefault="001B5CF9">
            <w:pPr>
              <w:spacing w:before="60" w:after="60"/>
            </w:pPr>
            <w:proofErr w:type="spellStart"/>
            <w:r>
              <w:rPr>
                <w:sz w:val="19"/>
              </w:rPr>
              <w:t>Аналізує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складні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етичні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ситуації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визначає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провідну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моральну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думку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встановлює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зв'язки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між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вчинком</w:t>
            </w:r>
            <w:proofErr w:type="spellEnd"/>
            <w:r>
              <w:rPr>
                <w:sz w:val="19"/>
              </w:rPr>
              <w:t xml:space="preserve"> і </w:t>
            </w:r>
            <w:proofErr w:type="spellStart"/>
            <w:r>
              <w:rPr>
                <w:sz w:val="19"/>
              </w:rPr>
              <w:t>наслідком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5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76BB87" w14:textId="77777777" w:rsidR="00EC5B95" w:rsidRDefault="001B5CF9">
            <w:pPr>
              <w:spacing w:before="60" w:after="60"/>
            </w:pPr>
            <w:proofErr w:type="spellStart"/>
            <w:r>
              <w:rPr>
                <w:sz w:val="19"/>
              </w:rPr>
              <w:t>Виконує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аналітичні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частково-пошукові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етичні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завдання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самостійно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обирає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спосіб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висловлення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емпатії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3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04FDAA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Працює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самостійно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ефективно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використовує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внутрішні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ресурси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саморегуляції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аналізує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мотиви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поведінки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49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843182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Вільно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бере</w:t>
            </w:r>
            <w:proofErr w:type="spellEnd"/>
            <w:r w:rsidRPr="00197169">
              <w:rPr>
                <w:sz w:val="19"/>
                <w:lang w:val="ru-RU"/>
              </w:rPr>
              <w:t xml:space="preserve"> участь у </w:t>
            </w:r>
            <w:proofErr w:type="spellStart"/>
            <w:r w:rsidRPr="00197169">
              <w:rPr>
                <w:sz w:val="19"/>
                <w:lang w:val="ru-RU"/>
              </w:rPr>
              <w:t>моральних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дискусіях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аргументує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гуманістичну</w:t>
            </w:r>
            <w:proofErr w:type="spellEnd"/>
            <w:r w:rsidRPr="00197169">
              <w:rPr>
                <w:sz w:val="19"/>
                <w:lang w:val="ru-RU"/>
              </w:rPr>
              <w:t xml:space="preserve"> думку, </w:t>
            </w:r>
            <w:proofErr w:type="spellStart"/>
            <w:r w:rsidRPr="00197169">
              <w:rPr>
                <w:sz w:val="19"/>
                <w:lang w:val="ru-RU"/>
              </w:rPr>
              <w:t>поважає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гідність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інших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1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6C1E64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Стабільно</w:t>
            </w:r>
            <w:proofErr w:type="spellEnd"/>
            <w:r w:rsidRPr="00197169">
              <w:rPr>
                <w:sz w:val="19"/>
                <w:lang w:val="ru-RU"/>
              </w:rPr>
              <w:t xml:space="preserve"> в </w:t>
            </w:r>
            <w:proofErr w:type="spellStart"/>
            <w:r w:rsidRPr="00197169">
              <w:rPr>
                <w:sz w:val="19"/>
                <w:lang w:val="ru-RU"/>
              </w:rPr>
              <w:t>типових</w:t>
            </w:r>
            <w:proofErr w:type="spellEnd"/>
            <w:r w:rsidRPr="00197169">
              <w:rPr>
                <w:sz w:val="19"/>
                <w:lang w:val="ru-RU"/>
              </w:rPr>
              <w:t xml:space="preserve"> і </w:t>
            </w:r>
            <w:proofErr w:type="spellStart"/>
            <w:r w:rsidRPr="00197169">
              <w:rPr>
                <w:sz w:val="19"/>
                <w:lang w:val="ru-RU"/>
              </w:rPr>
              <w:t>більшості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нетипових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міжособистісних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ситуацій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</w:tr>
      <w:tr w:rsidR="00197169" w:rsidRPr="00E52E56" w14:paraId="20C6EED0" w14:textId="77777777" w:rsidTr="00E52E56">
        <w:trPr>
          <w:jc w:val="center"/>
        </w:trPr>
        <w:tc>
          <w:tcPr>
            <w:tcW w:w="16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1694A8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r w:rsidRPr="00197169">
              <w:rPr>
                <w:sz w:val="19"/>
                <w:lang w:val="ru-RU"/>
              </w:rPr>
              <w:t xml:space="preserve">10 – 12/ </w:t>
            </w:r>
            <w:proofErr w:type="spellStart"/>
            <w:r w:rsidRPr="00197169">
              <w:rPr>
                <w:sz w:val="19"/>
                <w:lang w:val="ru-RU"/>
              </w:rPr>
              <w:t>високий</w:t>
            </w:r>
            <w:proofErr w:type="spellEnd"/>
            <w:r w:rsidRPr="00197169">
              <w:rPr>
                <w:sz w:val="19"/>
                <w:lang w:val="ru-RU"/>
              </w:rPr>
              <w:br/>
            </w:r>
            <w:proofErr w:type="spellStart"/>
            <w:r w:rsidRPr="00197169">
              <w:rPr>
                <w:sz w:val="19"/>
                <w:lang w:val="ru-RU"/>
              </w:rPr>
              <w:t>Глибоке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розуміння</w:t>
            </w:r>
            <w:proofErr w:type="spellEnd"/>
            <w:r w:rsidRPr="00197169">
              <w:rPr>
                <w:sz w:val="19"/>
                <w:lang w:val="ru-RU"/>
              </w:rPr>
              <w:t xml:space="preserve"> та </w:t>
            </w:r>
            <w:proofErr w:type="spellStart"/>
            <w:r w:rsidRPr="00197169">
              <w:rPr>
                <w:sz w:val="19"/>
                <w:lang w:val="ru-RU"/>
              </w:rPr>
              <w:t>повна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самостійність</w:t>
            </w:r>
            <w:proofErr w:type="spellEnd"/>
            <w:r w:rsidRPr="00197169">
              <w:rPr>
                <w:sz w:val="19"/>
                <w:lang w:val="ru-RU"/>
              </w:rPr>
              <w:t xml:space="preserve">. </w:t>
            </w:r>
            <w:proofErr w:type="spellStart"/>
            <w:r w:rsidRPr="00197169">
              <w:rPr>
                <w:sz w:val="19"/>
                <w:lang w:val="ru-RU"/>
              </w:rPr>
              <w:t>Учень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творчо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застосовує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вміння</w:t>
            </w:r>
            <w:proofErr w:type="spellEnd"/>
            <w:r w:rsidRPr="00197169">
              <w:rPr>
                <w:sz w:val="19"/>
                <w:lang w:val="ru-RU"/>
              </w:rPr>
              <w:t xml:space="preserve"> в </w:t>
            </w:r>
            <w:proofErr w:type="spellStart"/>
            <w:r w:rsidRPr="00197169">
              <w:rPr>
                <w:sz w:val="19"/>
                <w:lang w:val="ru-RU"/>
              </w:rPr>
              <w:t>різних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ситуаціях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  <w:p w14:paraId="4B51B3DE" w14:textId="77777777" w:rsidR="00EC5B95" w:rsidRPr="00197169" w:rsidRDefault="00EC5B95">
            <w:pPr>
              <w:spacing w:before="60" w:after="60"/>
              <w:rPr>
                <w:lang w:val="ru-RU"/>
              </w:rPr>
            </w:pPr>
          </w:p>
          <w:p w14:paraId="186E2664" w14:textId="77777777" w:rsidR="00EC5B95" w:rsidRPr="00197169" w:rsidRDefault="00EC5B95">
            <w:pPr>
              <w:spacing w:before="60" w:after="60"/>
              <w:rPr>
                <w:lang w:val="ru-RU"/>
              </w:rPr>
            </w:pPr>
          </w:p>
        </w:tc>
        <w:tc>
          <w:tcPr>
            <w:tcW w:w="74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C37C87" w14:textId="77777777" w:rsidR="00EC5B95" w:rsidRDefault="001B5CF9">
            <w:pPr>
              <w:spacing w:before="60" w:after="60"/>
              <w:jc w:val="center"/>
            </w:pPr>
            <w:r>
              <w:rPr>
                <w:b/>
                <w:sz w:val="19"/>
              </w:rPr>
              <w:t>10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8D3BB4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Узагальнює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етичні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знання</w:t>
            </w:r>
            <w:proofErr w:type="spellEnd"/>
            <w:r w:rsidRPr="00197169">
              <w:rPr>
                <w:sz w:val="19"/>
                <w:lang w:val="ru-RU"/>
              </w:rPr>
              <w:t xml:space="preserve"> з </w:t>
            </w:r>
            <w:proofErr w:type="spellStart"/>
            <w:r w:rsidRPr="00197169">
              <w:rPr>
                <w:sz w:val="19"/>
                <w:lang w:val="ru-RU"/>
              </w:rPr>
              <w:t>різних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джерел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встановлює</w:t>
            </w:r>
            <w:proofErr w:type="spellEnd"/>
            <w:r w:rsidRPr="00197169">
              <w:rPr>
                <w:sz w:val="19"/>
                <w:lang w:val="ru-RU"/>
              </w:rPr>
              <w:t xml:space="preserve"> причинно-</w:t>
            </w:r>
            <w:proofErr w:type="spellStart"/>
            <w:r w:rsidRPr="00197169">
              <w:rPr>
                <w:sz w:val="19"/>
                <w:lang w:val="ru-RU"/>
              </w:rPr>
              <w:t>наслідкові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зв'язки</w:t>
            </w:r>
            <w:proofErr w:type="spellEnd"/>
            <w:r w:rsidRPr="00197169">
              <w:rPr>
                <w:sz w:val="19"/>
                <w:lang w:val="ru-RU"/>
              </w:rPr>
              <w:t xml:space="preserve"> морального </w:t>
            </w:r>
            <w:proofErr w:type="spellStart"/>
            <w:r w:rsidRPr="00197169">
              <w:rPr>
                <w:sz w:val="19"/>
                <w:lang w:val="ru-RU"/>
              </w:rPr>
              <w:t>прогресу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людства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5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38617A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Виконує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творчі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соціально-етичні</w:t>
            </w:r>
            <w:proofErr w:type="spellEnd"/>
            <w:r w:rsidRPr="00197169">
              <w:rPr>
                <w:sz w:val="19"/>
                <w:lang w:val="ru-RU"/>
              </w:rPr>
              <w:t xml:space="preserve"> та </w:t>
            </w:r>
            <w:proofErr w:type="spellStart"/>
            <w:r w:rsidRPr="00197169">
              <w:rPr>
                <w:sz w:val="19"/>
                <w:lang w:val="ru-RU"/>
              </w:rPr>
              <w:t>благодійні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завдання</w:t>
            </w:r>
            <w:proofErr w:type="spellEnd"/>
            <w:r w:rsidRPr="00197169">
              <w:rPr>
                <w:sz w:val="19"/>
                <w:lang w:val="ru-RU"/>
              </w:rPr>
              <w:t xml:space="preserve">. </w:t>
            </w:r>
            <w:proofErr w:type="spellStart"/>
            <w:r w:rsidRPr="00197169">
              <w:rPr>
                <w:sz w:val="19"/>
                <w:lang w:val="ru-RU"/>
              </w:rPr>
              <w:t>Добирає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високі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моральні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засоби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дій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3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004D2D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Планує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самовиховання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аналізує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власні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вчинки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визнає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помилки</w:t>
            </w:r>
            <w:proofErr w:type="spellEnd"/>
            <w:r w:rsidRPr="00197169">
              <w:rPr>
                <w:sz w:val="19"/>
                <w:lang w:val="ru-RU"/>
              </w:rPr>
              <w:t xml:space="preserve"> та </w:t>
            </w:r>
            <w:proofErr w:type="spellStart"/>
            <w:r w:rsidRPr="00197169">
              <w:rPr>
                <w:sz w:val="19"/>
                <w:lang w:val="ru-RU"/>
              </w:rPr>
              <w:t>виправляє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їх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49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9D989A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Ініціює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гуманну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комунікацію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висловлює</w:t>
            </w:r>
            <w:proofErr w:type="spellEnd"/>
            <w:r w:rsidRPr="00197169">
              <w:rPr>
                <w:sz w:val="19"/>
                <w:lang w:val="ru-RU"/>
              </w:rPr>
              <w:t xml:space="preserve"> та </w:t>
            </w:r>
            <w:proofErr w:type="spellStart"/>
            <w:r w:rsidRPr="00197169">
              <w:rPr>
                <w:sz w:val="19"/>
                <w:lang w:val="ru-RU"/>
              </w:rPr>
              <w:t>обґрунтовує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етичну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позицію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захищає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справедливість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1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F4434E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r w:rsidRPr="00197169">
              <w:rPr>
                <w:sz w:val="19"/>
                <w:lang w:val="ru-RU"/>
              </w:rPr>
              <w:t xml:space="preserve">Системно в </w:t>
            </w:r>
            <w:proofErr w:type="spellStart"/>
            <w:r w:rsidRPr="00197169">
              <w:rPr>
                <w:sz w:val="19"/>
                <w:lang w:val="ru-RU"/>
              </w:rPr>
              <w:t>типових</w:t>
            </w:r>
            <w:proofErr w:type="spellEnd"/>
            <w:r w:rsidRPr="00197169">
              <w:rPr>
                <w:sz w:val="19"/>
                <w:lang w:val="ru-RU"/>
              </w:rPr>
              <w:t xml:space="preserve"> і </w:t>
            </w:r>
            <w:proofErr w:type="spellStart"/>
            <w:r w:rsidRPr="00197169">
              <w:rPr>
                <w:sz w:val="19"/>
                <w:lang w:val="ru-RU"/>
              </w:rPr>
              <w:t>нетипових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життєвих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ситуаціях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</w:tr>
      <w:tr w:rsidR="00197169" w:rsidRPr="00E52E56" w14:paraId="66CCB8EE" w14:textId="77777777" w:rsidTr="00E52E56">
        <w:trPr>
          <w:jc w:val="center"/>
        </w:trPr>
        <w:tc>
          <w:tcPr>
            <w:tcW w:w="16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C4757C" w14:textId="77777777" w:rsidR="00EC5B95" w:rsidRPr="00197169" w:rsidRDefault="00EC5B95">
            <w:pPr>
              <w:rPr>
                <w:lang w:val="ru-RU"/>
              </w:rPr>
            </w:pPr>
          </w:p>
        </w:tc>
        <w:tc>
          <w:tcPr>
            <w:tcW w:w="74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DBDA4F" w14:textId="77777777" w:rsidR="00EC5B95" w:rsidRDefault="001B5CF9">
            <w:pPr>
              <w:spacing w:before="60" w:after="60"/>
              <w:jc w:val="center"/>
            </w:pPr>
            <w:r>
              <w:rPr>
                <w:b/>
                <w:sz w:val="19"/>
              </w:rPr>
              <w:t>11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52CE61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Аналізує</w:t>
            </w:r>
            <w:proofErr w:type="spellEnd"/>
            <w:r w:rsidRPr="00197169">
              <w:rPr>
                <w:sz w:val="19"/>
                <w:lang w:val="ru-RU"/>
              </w:rPr>
              <w:t xml:space="preserve"> та </w:t>
            </w:r>
            <w:proofErr w:type="spellStart"/>
            <w:r w:rsidRPr="00197169">
              <w:rPr>
                <w:sz w:val="19"/>
                <w:lang w:val="ru-RU"/>
              </w:rPr>
              <w:t>оцінює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етичні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дилеми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поведінку</w:t>
            </w:r>
            <w:proofErr w:type="spellEnd"/>
            <w:r w:rsidRPr="00197169">
              <w:rPr>
                <w:sz w:val="19"/>
                <w:lang w:val="ru-RU"/>
              </w:rPr>
              <w:t xml:space="preserve"> людей з </w:t>
            </w:r>
            <w:proofErr w:type="spellStart"/>
            <w:r w:rsidRPr="00197169">
              <w:rPr>
                <w:sz w:val="19"/>
                <w:lang w:val="ru-RU"/>
              </w:rPr>
              <w:t>різних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джерел</w:t>
            </w:r>
            <w:proofErr w:type="spellEnd"/>
            <w:r w:rsidRPr="00197169">
              <w:rPr>
                <w:sz w:val="19"/>
                <w:lang w:val="ru-RU"/>
              </w:rPr>
              <w:t xml:space="preserve"> за </w:t>
            </w:r>
            <w:proofErr w:type="spellStart"/>
            <w:r w:rsidRPr="00197169">
              <w:rPr>
                <w:sz w:val="19"/>
                <w:lang w:val="ru-RU"/>
              </w:rPr>
              <w:t>критеріями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гуманізму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формулює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висновки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5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C45C99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Виконує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творчі</w:t>
            </w:r>
            <w:proofErr w:type="spellEnd"/>
            <w:r w:rsidRPr="00197169">
              <w:rPr>
                <w:sz w:val="19"/>
                <w:lang w:val="ru-RU"/>
              </w:rPr>
              <w:t xml:space="preserve"> та </w:t>
            </w:r>
            <w:proofErr w:type="spellStart"/>
            <w:r w:rsidRPr="00197169">
              <w:rPr>
                <w:sz w:val="19"/>
                <w:lang w:val="ru-RU"/>
              </w:rPr>
              <w:t>дослідницькі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завдання</w:t>
            </w:r>
            <w:proofErr w:type="spellEnd"/>
            <w:r w:rsidRPr="00197169">
              <w:rPr>
                <w:sz w:val="19"/>
                <w:lang w:val="ru-RU"/>
              </w:rPr>
              <w:t xml:space="preserve"> з </w:t>
            </w:r>
            <w:proofErr w:type="spellStart"/>
            <w:r w:rsidRPr="00197169">
              <w:rPr>
                <w:sz w:val="19"/>
                <w:lang w:val="ru-RU"/>
              </w:rPr>
              <w:t>етики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пропонує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кілька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альтруїстичних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способів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розв'язання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конфліктів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3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2108A3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proofErr w:type="spellStart"/>
            <w:r w:rsidRPr="00197169">
              <w:rPr>
                <w:sz w:val="19"/>
                <w:lang w:val="ru-RU"/>
              </w:rPr>
              <w:t>Планує</w:t>
            </w:r>
            <w:proofErr w:type="spellEnd"/>
            <w:r w:rsidRPr="00197169">
              <w:rPr>
                <w:sz w:val="19"/>
                <w:lang w:val="ru-RU"/>
              </w:rPr>
              <w:t xml:space="preserve"> роботу над собою, </w:t>
            </w:r>
            <w:proofErr w:type="spellStart"/>
            <w:r w:rsidRPr="00197169">
              <w:rPr>
                <w:sz w:val="19"/>
                <w:lang w:val="ru-RU"/>
              </w:rPr>
              <w:t>оцінює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моральний</w:t>
            </w:r>
            <w:proofErr w:type="spellEnd"/>
            <w:r w:rsidRPr="00197169">
              <w:rPr>
                <w:sz w:val="19"/>
                <w:lang w:val="ru-RU"/>
              </w:rPr>
              <w:t xml:space="preserve"> результат </w:t>
            </w:r>
            <w:proofErr w:type="spellStart"/>
            <w:r w:rsidRPr="00197169">
              <w:rPr>
                <w:sz w:val="19"/>
                <w:lang w:val="ru-RU"/>
              </w:rPr>
              <w:t>взаємодії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працює</w:t>
            </w:r>
            <w:proofErr w:type="spellEnd"/>
            <w:r w:rsidRPr="00197169">
              <w:rPr>
                <w:sz w:val="19"/>
                <w:lang w:val="ru-RU"/>
              </w:rPr>
              <w:t xml:space="preserve"> над </w:t>
            </w:r>
            <w:proofErr w:type="spellStart"/>
            <w:r w:rsidRPr="00197169">
              <w:rPr>
                <w:sz w:val="19"/>
                <w:lang w:val="ru-RU"/>
              </w:rPr>
              <w:t>удосконаленням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культури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поведінки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49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5531C0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r w:rsidRPr="00197169">
              <w:rPr>
                <w:sz w:val="19"/>
                <w:lang w:val="ru-RU"/>
              </w:rPr>
              <w:t xml:space="preserve">Активно </w:t>
            </w:r>
            <w:proofErr w:type="spellStart"/>
            <w:r w:rsidRPr="00197169">
              <w:rPr>
                <w:sz w:val="19"/>
                <w:lang w:val="ru-RU"/>
              </w:rPr>
              <w:t>ініціює</w:t>
            </w:r>
            <w:proofErr w:type="spellEnd"/>
            <w:r w:rsidRPr="00197169">
              <w:rPr>
                <w:sz w:val="19"/>
                <w:lang w:val="ru-RU"/>
              </w:rPr>
              <w:t xml:space="preserve"> та </w:t>
            </w:r>
            <w:proofErr w:type="spellStart"/>
            <w:r w:rsidRPr="00197169">
              <w:rPr>
                <w:sz w:val="19"/>
                <w:lang w:val="ru-RU"/>
              </w:rPr>
              <w:t>підтримує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інклюзивне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спілкування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розвиває</w:t>
            </w:r>
            <w:proofErr w:type="spellEnd"/>
            <w:r w:rsidRPr="00197169">
              <w:rPr>
                <w:sz w:val="19"/>
                <w:lang w:val="ru-RU"/>
              </w:rPr>
              <w:t xml:space="preserve"> та </w:t>
            </w:r>
            <w:proofErr w:type="spellStart"/>
            <w:r w:rsidRPr="00197169">
              <w:rPr>
                <w:sz w:val="19"/>
                <w:lang w:val="ru-RU"/>
              </w:rPr>
              <w:t>підтримує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гуманні</w:t>
            </w:r>
            <w:proofErr w:type="spellEnd"/>
            <w:r w:rsidRPr="00197169">
              <w:rPr>
                <w:sz w:val="19"/>
                <w:lang w:val="ru-RU"/>
              </w:rPr>
              <w:t xml:space="preserve"> думки </w:t>
            </w:r>
            <w:proofErr w:type="spellStart"/>
            <w:r w:rsidRPr="00197169">
              <w:rPr>
                <w:sz w:val="19"/>
                <w:lang w:val="ru-RU"/>
              </w:rPr>
              <w:t>співрозмовника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1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62791B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r w:rsidRPr="00197169">
              <w:rPr>
                <w:sz w:val="19"/>
                <w:lang w:val="ru-RU"/>
              </w:rPr>
              <w:t xml:space="preserve">Системно в </w:t>
            </w:r>
            <w:proofErr w:type="spellStart"/>
            <w:r w:rsidRPr="00197169">
              <w:rPr>
                <w:sz w:val="19"/>
                <w:lang w:val="ru-RU"/>
              </w:rPr>
              <w:t>типових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нетипових</w:t>
            </w:r>
            <w:proofErr w:type="spellEnd"/>
            <w:r w:rsidRPr="00197169">
              <w:rPr>
                <w:sz w:val="19"/>
                <w:lang w:val="ru-RU"/>
              </w:rPr>
              <w:t xml:space="preserve"> і </w:t>
            </w:r>
            <w:proofErr w:type="spellStart"/>
            <w:r w:rsidRPr="00197169">
              <w:rPr>
                <w:sz w:val="19"/>
                <w:lang w:val="ru-RU"/>
              </w:rPr>
              <w:t>нових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життєвих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ситуаціях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</w:tr>
      <w:tr w:rsidR="00197169" w:rsidRPr="00E52E56" w14:paraId="37C945AC" w14:textId="77777777" w:rsidTr="00E52E56">
        <w:trPr>
          <w:jc w:val="center"/>
        </w:trPr>
        <w:tc>
          <w:tcPr>
            <w:tcW w:w="16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DF5E2C" w14:textId="77777777" w:rsidR="00EC5B95" w:rsidRPr="00197169" w:rsidRDefault="00EC5B95">
            <w:pPr>
              <w:rPr>
                <w:lang w:val="ru-RU"/>
              </w:rPr>
            </w:pPr>
          </w:p>
        </w:tc>
        <w:tc>
          <w:tcPr>
            <w:tcW w:w="74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2CA469" w14:textId="77777777" w:rsidR="00EC5B95" w:rsidRDefault="001B5CF9">
            <w:pPr>
              <w:spacing w:before="60" w:after="60"/>
              <w:jc w:val="center"/>
            </w:pPr>
            <w:r>
              <w:rPr>
                <w:b/>
                <w:sz w:val="19"/>
              </w:rPr>
              <w:t>12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AC359A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r w:rsidRPr="00197169">
              <w:rPr>
                <w:sz w:val="19"/>
                <w:lang w:val="ru-RU"/>
              </w:rPr>
              <w:t xml:space="preserve">Критично </w:t>
            </w:r>
            <w:proofErr w:type="spellStart"/>
            <w:r w:rsidRPr="00197169">
              <w:rPr>
                <w:sz w:val="19"/>
                <w:lang w:val="ru-RU"/>
              </w:rPr>
              <w:t>оцінює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інтегрує</w:t>
            </w:r>
            <w:proofErr w:type="spellEnd"/>
            <w:r w:rsidRPr="00197169">
              <w:rPr>
                <w:sz w:val="19"/>
                <w:lang w:val="ru-RU"/>
              </w:rPr>
              <w:t xml:space="preserve"> й </w:t>
            </w:r>
            <w:proofErr w:type="spellStart"/>
            <w:r w:rsidRPr="00197169">
              <w:rPr>
                <w:sz w:val="19"/>
                <w:lang w:val="ru-RU"/>
              </w:rPr>
              <w:t>узагальнює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світовий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моральний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досвід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використовує</w:t>
            </w:r>
            <w:proofErr w:type="spellEnd"/>
            <w:r w:rsidRPr="00197169">
              <w:rPr>
                <w:sz w:val="19"/>
                <w:lang w:val="ru-RU"/>
              </w:rPr>
              <w:t xml:space="preserve"> для </w:t>
            </w:r>
            <w:proofErr w:type="spellStart"/>
            <w:r w:rsidRPr="00197169">
              <w:rPr>
                <w:sz w:val="19"/>
                <w:lang w:val="ru-RU"/>
              </w:rPr>
              <w:t>розв'язання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надскладних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етичних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конфліктів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  <w:tc>
          <w:tcPr>
            <w:tcW w:w="25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91062D" w14:textId="77777777" w:rsidR="00EC5B95" w:rsidRDefault="001B5CF9">
            <w:pPr>
              <w:spacing w:before="60" w:after="60"/>
            </w:pPr>
            <w:proofErr w:type="spellStart"/>
            <w:r w:rsidRPr="00197169">
              <w:rPr>
                <w:sz w:val="19"/>
                <w:lang w:val="ru-RU"/>
              </w:rPr>
              <w:t>Виконує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складні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дослідницькі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творчі</w:t>
            </w:r>
            <w:proofErr w:type="spellEnd"/>
            <w:r w:rsidRPr="00197169">
              <w:rPr>
                <w:sz w:val="19"/>
                <w:lang w:val="ru-RU"/>
              </w:rPr>
              <w:t xml:space="preserve"> та </w:t>
            </w:r>
            <w:proofErr w:type="spellStart"/>
            <w:r w:rsidRPr="00197169">
              <w:rPr>
                <w:sz w:val="19"/>
                <w:lang w:val="ru-RU"/>
              </w:rPr>
              <w:t>проектні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завдання</w:t>
            </w:r>
            <w:proofErr w:type="spellEnd"/>
            <w:r w:rsidRPr="00197169">
              <w:rPr>
                <w:sz w:val="19"/>
                <w:lang w:val="ru-RU"/>
              </w:rPr>
              <w:t xml:space="preserve"> морального </w:t>
            </w:r>
            <w:proofErr w:type="spellStart"/>
            <w:r w:rsidRPr="00197169">
              <w:rPr>
                <w:sz w:val="19"/>
                <w:lang w:val="ru-RU"/>
              </w:rPr>
              <w:t>спрямування</w:t>
            </w:r>
            <w:proofErr w:type="spellEnd"/>
            <w:r w:rsidRPr="00197169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Обгрунтовує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етичні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стратегії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3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A6ACC8" w14:textId="77777777" w:rsidR="00EC5B95" w:rsidRDefault="001B5CF9">
            <w:pPr>
              <w:spacing w:before="60" w:after="60"/>
            </w:pPr>
            <w:r>
              <w:rPr>
                <w:sz w:val="19"/>
              </w:rPr>
              <w:t>Повністю самостійно регулює поведінку, планує та оцінює етичну діяльність, прогнозує моральні наслідки.</w:t>
            </w:r>
          </w:p>
        </w:tc>
        <w:tc>
          <w:tcPr>
            <w:tcW w:w="249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3F7CF4" w14:textId="77777777" w:rsidR="00EC5B95" w:rsidRDefault="001B5CF9">
            <w:pPr>
              <w:spacing w:before="60" w:after="60"/>
            </w:pPr>
            <w:r>
              <w:rPr>
                <w:sz w:val="19"/>
              </w:rPr>
              <w:t>Вільно використовує етичний інструментарій в будь-яких ситуаціях, організовує гармонійну взаємодію, дає емпатичний зворотний зв'язок.</w:t>
            </w:r>
          </w:p>
        </w:tc>
        <w:tc>
          <w:tcPr>
            <w:tcW w:w="21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A95FB3" w14:textId="77777777" w:rsidR="00EC5B95" w:rsidRPr="00197169" w:rsidRDefault="001B5CF9">
            <w:pPr>
              <w:spacing w:before="60" w:after="60"/>
              <w:rPr>
                <w:lang w:val="ru-RU"/>
              </w:rPr>
            </w:pPr>
            <w:r w:rsidRPr="00197169">
              <w:rPr>
                <w:sz w:val="19"/>
                <w:lang w:val="ru-RU"/>
              </w:rPr>
              <w:t xml:space="preserve">Системно в </w:t>
            </w:r>
            <w:proofErr w:type="spellStart"/>
            <w:r w:rsidRPr="00197169">
              <w:rPr>
                <w:sz w:val="19"/>
                <w:lang w:val="ru-RU"/>
              </w:rPr>
              <w:t>типових</w:t>
            </w:r>
            <w:proofErr w:type="spellEnd"/>
            <w:r w:rsidRPr="00197169">
              <w:rPr>
                <w:sz w:val="19"/>
                <w:lang w:val="ru-RU"/>
              </w:rPr>
              <w:t xml:space="preserve">, </w:t>
            </w:r>
            <w:proofErr w:type="spellStart"/>
            <w:r w:rsidRPr="00197169">
              <w:rPr>
                <w:sz w:val="19"/>
                <w:lang w:val="ru-RU"/>
              </w:rPr>
              <w:t>нетипових</w:t>
            </w:r>
            <w:proofErr w:type="spellEnd"/>
            <w:r w:rsidRPr="00197169">
              <w:rPr>
                <w:sz w:val="19"/>
                <w:lang w:val="ru-RU"/>
              </w:rPr>
              <w:t xml:space="preserve"> і </w:t>
            </w:r>
            <w:proofErr w:type="spellStart"/>
            <w:r w:rsidRPr="00197169">
              <w:rPr>
                <w:sz w:val="19"/>
                <w:lang w:val="ru-RU"/>
              </w:rPr>
              <w:t>нестандартних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життєвих</w:t>
            </w:r>
            <w:proofErr w:type="spellEnd"/>
            <w:r w:rsidRPr="00197169">
              <w:rPr>
                <w:sz w:val="19"/>
                <w:lang w:val="ru-RU"/>
              </w:rPr>
              <w:t xml:space="preserve"> та </w:t>
            </w:r>
            <w:proofErr w:type="spellStart"/>
            <w:r w:rsidRPr="00197169">
              <w:rPr>
                <w:sz w:val="19"/>
                <w:lang w:val="ru-RU"/>
              </w:rPr>
              <w:t>моральних</w:t>
            </w:r>
            <w:proofErr w:type="spellEnd"/>
            <w:r w:rsidRPr="00197169">
              <w:rPr>
                <w:sz w:val="19"/>
                <w:lang w:val="ru-RU"/>
              </w:rPr>
              <w:t xml:space="preserve"> </w:t>
            </w:r>
            <w:proofErr w:type="spellStart"/>
            <w:r w:rsidRPr="00197169">
              <w:rPr>
                <w:sz w:val="19"/>
                <w:lang w:val="ru-RU"/>
              </w:rPr>
              <w:t>колізіях</w:t>
            </w:r>
            <w:proofErr w:type="spellEnd"/>
            <w:r w:rsidRPr="00197169">
              <w:rPr>
                <w:sz w:val="19"/>
                <w:lang w:val="ru-RU"/>
              </w:rPr>
              <w:t>.</w:t>
            </w:r>
          </w:p>
        </w:tc>
      </w:tr>
    </w:tbl>
    <w:p w14:paraId="3F82A3D6" w14:textId="77777777" w:rsidR="001B5CF9" w:rsidRPr="00197169" w:rsidRDefault="001B5CF9">
      <w:pPr>
        <w:rPr>
          <w:lang w:val="ru-RU"/>
        </w:rPr>
      </w:pPr>
    </w:p>
    <w:sectPr w:rsidR="001B5CF9" w:rsidRPr="00197169" w:rsidSect="0019716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7169"/>
    <w:rsid w:val="001B5CF9"/>
    <w:rsid w:val="0029639D"/>
    <w:rsid w:val="00326F90"/>
    <w:rsid w:val="00AA1D8D"/>
    <w:rsid w:val="00B47730"/>
    <w:rsid w:val="00CB0664"/>
    <w:rsid w:val="00E52E56"/>
    <w:rsid w:val="00EC5B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C699BA"/>
  <w14:defaultImageDpi w14:val="300"/>
  <w15:docId w15:val="{61AC1E8D-7356-46CF-A985-A29194A01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4</cp:revision>
  <dcterms:created xsi:type="dcterms:W3CDTF">2013-12-23T23:15:00Z</dcterms:created>
  <dcterms:modified xsi:type="dcterms:W3CDTF">2026-09-09T06:54:00Z</dcterms:modified>
  <cp:category/>
</cp:coreProperties>
</file>