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723C4" w:rsidRPr="00E474EF" w14:paraId="1A5F8099" w14:textId="77777777">
        <w:trPr>
          <w:jc w:val="center"/>
        </w:trPr>
        <w:tc>
          <w:tcPr>
            <w:tcW w:w="4968" w:type="dxa"/>
          </w:tcPr>
          <w:p w14:paraId="3933D213" w14:textId="77777777" w:rsidR="000723C4" w:rsidRPr="00E474EF" w:rsidRDefault="00D31E9D">
            <w:pPr>
              <w:spacing w:after="0"/>
              <w:rPr>
                <w:lang w:val="ru-RU"/>
              </w:rPr>
            </w:pPr>
            <w:proofErr w:type="spellStart"/>
            <w:r w:rsidRPr="00E474EF">
              <w:rPr>
                <w:sz w:val="20"/>
                <w:lang w:val="ru-RU"/>
              </w:rPr>
              <w:t>Схвалено</w:t>
            </w:r>
            <w:proofErr w:type="spellEnd"/>
            <w:r w:rsidRPr="00E474EF">
              <w:rPr>
                <w:sz w:val="20"/>
                <w:lang w:val="ru-RU"/>
              </w:rPr>
              <w:br/>
            </w:r>
            <w:proofErr w:type="spellStart"/>
            <w:r w:rsidRPr="00E474EF">
              <w:rPr>
                <w:sz w:val="20"/>
                <w:lang w:val="ru-RU"/>
              </w:rPr>
              <w:t>педагогічною</w:t>
            </w:r>
            <w:proofErr w:type="spellEnd"/>
            <w:r w:rsidRPr="00E474EF">
              <w:rPr>
                <w:sz w:val="20"/>
                <w:lang w:val="ru-RU"/>
              </w:rPr>
              <w:t xml:space="preserve"> радою</w:t>
            </w:r>
            <w:r w:rsidRPr="00E474EF">
              <w:rPr>
                <w:sz w:val="20"/>
                <w:lang w:val="ru-RU"/>
              </w:rPr>
              <w:br/>
              <w:t xml:space="preserve">Протокол №1 </w:t>
            </w:r>
            <w:proofErr w:type="spellStart"/>
            <w:r w:rsidRPr="00E474EF">
              <w:rPr>
                <w:sz w:val="20"/>
                <w:lang w:val="ru-RU"/>
              </w:rPr>
              <w:t>від</w:t>
            </w:r>
            <w:proofErr w:type="spellEnd"/>
            <w:r w:rsidRPr="00E474EF">
              <w:rPr>
                <w:sz w:val="20"/>
                <w:lang w:val="ru-RU"/>
              </w:rPr>
              <w:t xml:space="preserve"> 26.08.2026</w:t>
            </w:r>
          </w:p>
        </w:tc>
        <w:tc>
          <w:tcPr>
            <w:tcW w:w="4968" w:type="dxa"/>
          </w:tcPr>
          <w:p w14:paraId="140EE478" w14:textId="77777777" w:rsidR="000723C4" w:rsidRPr="00E474EF" w:rsidRDefault="00D31E9D">
            <w:pPr>
              <w:spacing w:after="0"/>
              <w:jc w:val="right"/>
              <w:rPr>
                <w:lang w:val="ru-RU"/>
              </w:rPr>
            </w:pPr>
            <w:r w:rsidRPr="00E474EF">
              <w:rPr>
                <w:sz w:val="20"/>
                <w:lang w:val="ru-RU"/>
              </w:rPr>
              <w:t>ЗАТВЕРДЖЕНО:</w:t>
            </w:r>
            <w:r w:rsidRPr="00E474EF">
              <w:rPr>
                <w:sz w:val="20"/>
                <w:lang w:val="ru-RU"/>
              </w:rPr>
              <w:br/>
              <w:t xml:space="preserve">Директор </w:t>
            </w:r>
            <w:proofErr w:type="spellStart"/>
            <w:r w:rsidRPr="00E474EF">
              <w:rPr>
                <w:sz w:val="20"/>
                <w:lang w:val="ru-RU"/>
              </w:rPr>
              <w:t>Катеринківської</w:t>
            </w:r>
            <w:proofErr w:type="spellEnd"/>
            <w:r w:rsidRPr="00E474EF">
              <w:rPr>
                <w:sz w:val="20"/>
                <w:lang w:val="ru-RU"/>
              </w:rPr>
              <w:t xml:space="preserve"> </w:t>
            </w:r>
            <w:proofErr w:type="spellStart"/>
            <w:r w:rsidRPr="00E474EF">
              <w:rPr>
                <w:sz w:val="20"/>
                <w:lang w:val="ru-RU"/>
              </w:rPr>
              <w:t>гімназії</w:t>
            </w:r>
            <w:proofErr w:type="spellEnd"/>
            <w:r w:rsidRPr="00E474EF">
              <w:rPr>
                <w:sz w:val="20"/>
                <w:lang w:val="ru-RU"/>
              </w:rPr>
              <w:br/>
            </w:r>
            <w:proofErr w:type="spellStart"/>
            <w:r w:rsidRPr="00E474EF">
              <w:rPr>
                <w:sz w:val="20"/>
                <w:lang w:val="ru-RU"/>
              </w:rPr>
              <w:t>Інна</w:t>
            </w:r>
            <w:proofErr w:type="spellEnd"/>
            <w:r w:rsidRPr="00E474EF">
              <w:rPr>
                <w:sz w:val="20"/>
                <w:lang w:val="ru-RU"/>
              </w:rPr>
              <w:t xml:space="preserve"> ОСАДЧА</w:t>
            </w:r>
            <w:r w:rsidRPr="00E474EF">
              <w:rPr>
                <w:sz w:val="20"/>
                <w:lang w:val="ru-RU"/>
              </w:rPr>
              <w:br/>
              <w:t xml:space="preserve">Наказ №______ </w:t>
            </w:r>
            <w:proofErr w:type="spellStart"/>
            <w:r w:rsidRPr="00E474EF">
              <w:rPr>
                <w:sz w:val="20"/>
                <w:lang w:val="ru-RU"/>
              </w:rPr>
              <w:t>від</w:t>
            </w:r>
            <w:proofErr w:type="spellEnd"/>
            <w:r w:rsidRPr="00E474EF">
              <w:rPr>
                <w:sz w:val="20"/>
                <w:lang w:val="ru-RU"/>
              </w:rPr>
              <w:t xml:space="preserve"> _______2026</w:t>
            </w:r>
          </w:p>
        </w:tc>
      </w:tr>
    </w:tbl>
    <w:p w14:paraId="0712D75B" w14:textId="77777777" w:rsidR="00E474EF" w:rsidRDefault="00E474EF">
      <w:pPr>
        <w:spacing w:before="480" w:after="360"/>
        <w:jc w:val="center"/>
        <w:rPr>
          <w:b/>
          <w:sz w:val="26"/>
          <w:lang w:val="ru-RU"/>
        </w:rPr>
      </w:pPr>
    </w:p>
    <w:p w14:paraId="3DD0F15D" w14:textId="77777777" w:rsidR="00E474EF" w:rsidRDefault="00E474EF">
      <w:pPr>
        <w:spacing w:before="480" w:after="360"/>
        <w:jc w:val="center"/>
        <w:rPr>
          <w:b/>
          <w:sz w:val="26"/>
          <w:lang w:val="ru-RU"/>
        </w:rPr>
      </w:pPr>
    </w:p>
    <w:p w14:paraId="04B36C34" w14:textId="77777777" w:rsidR="00E474EF" w:rsidRDefault="00E474EF">
      <w:pPr>
        <w:spacing w:before="480" w:after="360"/>
        <w:jc w:val="center"/>
        <w:rPr>
          <w:b/>
          <w:sz w:val="26"/>
          <w:lang w:val="ru-RU"/>
        </w:rPr>
      </w:pPr>
    </w:p>
    <w:p w14:paraId="355896CA" w14:textId="77777777" w:rsidR="00E474EF" w:rsidRPr="00E474EF" w:rsidRDefault="00D31E9D">
      <w:pPr>
        <w:spacing w:before="480" w:after="360"/>
        <w:jc w:val="center"/>
        <w:rPr>
          <w:b/>
          <w:sz w:val="40"/>
          <w:szCs w:val="36"/>
          <w:lang w:val="ru-RU"/>
        </w:rPr>
      </w:pPr>
      <w:r w:rsidRPr="00E474EF">
        <w:rPr>
          <w:b/>
          <w:sz w:val="40"/>
          <w:szCs w:val="36"/>
          <w:lang w:val="ru-RU"/>
        </w:rPr>
        <w:t>КРИТЕРІЇ ОЦІНЮВАННЯ НАВЧАЛЬНИХ ДОСЯГНЕНЬ УЧНІВ</w:t>
      </w:r>
      <w:r w:rsidRPr="00E474EF">
        <w:rPr>
          <w:b/>
          <w:sz w:val="40"/>
          <w:szCs w:val="36"/>
          <w:lang w:val="ru-RU"/>
        </w:rPr>
        <w:br/>
        <w:t>З ГРОМАДЯНСЬКА ОСВІТА</w:t>
      </w:r>
    </w:p>
    <w:p w14:paraId="5CD53F7A" w14:textId="724AA994" w:rsidR="000723C4" w:rsidRPr="00E474EF" w:rsidRDefault="00D31E9D">
      <w:pPr>
        <w:spacing w:before="480" w:after="360"/>
        <w:jc w:val="center"/>
        <w:rPr>
          <w:sz w:val="24"/>
          <w:lang w:val="ru-RU"/>
        </w:rPr>
      </w:pPr>
      <w:r w:rsidRPr="00E474EF">
        <w:rPr>
          <w:b/>
          <w:sz w:val="26"/>
          <w:lang w:val="ru-RU"/>
        </w:rPr>
        <w:br/>
      </w:r>
      <w:r w:rsidRPr="00E474EF">
        <w:rPr>
          <w:sz w:val="44"/>
          <w:szCs w:val="40"/>
          <w:lang w:val="ru-RU"/>
        </w:rPr>
        <w:t xml:space="preserve">5–9 </w:t>
      </w:r>
      <w:proofErr w:type="spellStart"/>
      <w:r w:rsidRPr="00E474EF">
        <w:rPr>
          <w:sz w:val="44"/>
          <w:szCs w:val="40"/>
          <w:lang w:val="ru-RU"/>
        </w:rPr>
        <w:t>класи</w:t>
      </w:r>
      <w:proofErr w:type="spellEnd"/>
    </w:p>
    <w:p w14:paraId="40A7704C" w14:textId="728BDB3D" w:rsidR="00E474EF" w:rsidRPr="00E474EF" w:rsidRDefault="00E474EF">
      <w:pPr>
        <w:spacing w:before="480" w:after="360"/>
        <w:jc w:val="center"/>
        <w:rPr>
          <w:sz w:val="24"/>
          <w:lang w:val="ru-RU"/>
        </w:rPr>
      </w:pPr>
    </w:p>
    <w:p w14:paraId="21571ACE" w14:textId="25AC03F0" w:rsidR="00E474EF" w:rsidRDefault="00E474EF" w:rsidP="00E474EF">
      <w:pPr>
        <w:spacing w:before="480" w:after="360"/>
        <w:rPr>
          <w:sz w:val="24"/>
          <w:lang w:val="ru-RU"/>
        </w:rPr>
      </w:pPr>
    </w:p>
    <w:p w14:paraId="531FE361" w14:textId="0962EE3D" w:rsidR="00E474EF" w:rsidRDefault="00E474EF">
      <w:pPr>
        <w:spacing w:before="480" w:after="360"/>
        <w:jc w:val="center"/>
        <w:rPr>
          <w:sz w:val="24"/>
          <w:lang w:val="ru-RU"/>
        </w:rPr>
      </w:pPr>
    </w:p>
    <w:p w14:paraId="335A4026" w14:textId="285BCF2B" w:rsidR="00E474EF" w:rsidRDefault="00E474EF">
      <w:pPr>
        <w:spacing w:before="480" w:after="360"/>
        <w:jc w:val="center"/>
        <w:rPr>
          <w:sz w:val="24"/>
          <w:lang w:val="ru-RU"/>
        </w:rPr>
      </w:pPr>
    </w:p>
    <w:p w14:paraId="65276488" w14:textId="77777777" w:rsidR="00E474EF" w:rsidRPr="00E474EF" w:rsidRDefault="00E474EF">
      <w:pPr>
        <w:spacing w:before="480" w:after="360"/>
        <w:jc w:val="center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390"/>
        <w:gridCol w:w="2672"/>
        <w:gridCol w:w="2552"/>
        <w:gridCol w:w="2409"/>
        <w:gridCol w:w="2410"/>
        <w:gridCol w:w="2221"/>
      </w:tblGrid>
      <w:tr w:rsidR="000723C4" w14:paraId="658BC30D" w14:textId="77777777" w:rsidTr="00E474EF">
        <w:trPr>
          <w:tblHeader/>
          <w:jc w:val="center"/>
        </w:trPr>
        <w:tc>
          <w:tcPr>
            <w:tcW w:w="262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BF1199D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lastRenderedPageBreak/>
              <w:t>Бал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рівень</w:t>
            </w:r>
            <w:proofErr w:type="spellEnd"/>
          </w:p>
        </w:tc>
        <w:tc>
          <w:tcPr>
            <w:tcW w:w="39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B708442" w14:textId="77777777" w:rsidR="000723C4" w:rsidRDefault="000723C4">
            <w:pPr>
              <w:spacing w:before="80" w:after="80"/>
              <w:jc w:val="center"/>
            </w:pPr>
          </w:p>
        </w:tc>
        <w:tc>
          <w:tcPr>
            <w:tcW w:w="2672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68ECB4A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Когнітивні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процеси</w:t>
            </w:r>
            <w:proofErr w:type="spellEnd"/>
          </w:p>
        </w:tc>
        <w:tc>
          <w:tcPr>
            <w:tcW w:w="2552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F19C4B4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Навчальна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діяльність</w:t>
            </w:r>
            <w:proofErr w:type="spellEnd"/>
          </w:p>
        </w:tc>
        <w:tc>
          <w:tcPr>
            <w:tcW w:w="2409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A9BF9AB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Самостійність</w:t>
            </w:r>
            <w:proofErr w:type="spellEnd"/>
          </w:p>
        </w:tc>
        <w:tc>
          <w:tcPr>
            <w:tcW w:w="241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CC5EB84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Комунікація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взаємодія</w:t>
            </w:r>
            <w:proofErr w:type="spellEnd"/>
          </w:p>
        </w:tc>
        <w:tc>
          <w:tcPr>
            <w:tcW w:w="2221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FE8EAFD" w14:textId="77777777" w:rsidR="000723C4" w:rsidRDefault="00D31E9D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Частота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вияву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вмінь</w:t>
            </w:r>
            <w:proofErr w:type="spellEnd"/>
          </w:p>
        </w:tc>
      </w:tr>
      <w:tr w:rsidR="000723C4" w:rsidRPr="00E474EF" w14:paraId="6702214E" w14:textId="77777777" w:rsidTr="00E474EF">
        <w:trPr>
          <w:jc w:val="center"/>
        </w:trPr>
        <w:tc>
          <w:tcPr>
            <w:tcW w:w="26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6AD14" w14:textId="77777777" w:rsidR="000723C4" w:rsidRDefault="00D31E9D">
            <w:pPr>
              <w:spacing w:before="60" w:after="60"/>
            </w:pPr>
            <w:r w:rsidRPr="00E474EF">
              <w:rPr>
                <w:sz w:val="19"/>
                <w:lang w:val="ru-RU"/>
              </w:rPr>
              <w:t xml:space="preserve">1 – 3/ </w:t>
            </w:r>
            <w:proofErr w:type="spellStart"/>
            <w:r w:rsidRPr="00E474EF">
              <w:rPr>
                <w:sz w:val="19"/>
                <w:lang w:val="ru-RU"/>
              </w:rPr>
              <w:t>початковий</w:t>
            </w:r>
            <w:proofErr w:type="spellEnd"/>
            <w:r w:rsidRPr="00E474EF">
              <w:rPr>
                <w:sz w:val="19"/>
                <w:lang w:val="ru-RU"/>
              </w:rPr>
              <w:br/>
            </w:r>
            <w:proofErr w:type="spellStart"/>
            <w:r w:rsidRPr="00E474EF">
              <w:rPr>
                <w:sz w:val="19"/>
                <w:lang w:val="ru-RU"/>
              </w:rPr>
              <w:t>Елементарне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сприйняття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постійною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підтримкою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Підтримка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вчителя</w:t>
            </w:r>
            <w:proofErr w:type="spellEnd"/>
            <w:r>
              <w:rPr>
                <w:sz w:val="19"/>
              </w:rPr>
              <w:t>.</w:t>
            </w:r>
          </w:p>
          <w:p w14:paraId="09EAAC90" w14:textId="77777777" w:rsidR="000723C4" w:rsidRDefault="000723C4">
            <w:pPr>
              <w:spacing w:before="60" w:after="60"/>
            </w:pPr>
          </w:p>
          <w:p w14:paraId="0AEAD10E" w14:textId="77777777" w:rsidR="000723C4" w:rsidRDefault="000723C4">
            <w:pPr>
              <w:spacing w:before="60" w:after="60"/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2B729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99F1F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Розпізнає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окремі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знайомі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поняття</w:t>
            </w:r>
            <w:proofErr w:type="spellEnd"/>
            <w:r w:rsidRPr="00E474EF">
              <w:rPr>
                <w:sz w:val="19"/>
                <w:lang w:val="ru-RU"/>
              </w:rPr>
              <w:t xml:space="preserve"> (</w:t>
            </w:r>
            <w:proofErr w:type="spellStart"/>
            <w:r w:rsidRPr="00E474EF">
              <w:rPr>
                <w:sz w:val="19"/>
                <w:lang w:val="ru-RU"/>
              </w:rPr>
              <w:t>суспільство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громадянин</w:t>
            </w:r>
            <w:proofErr w:type="spellEnd"/>
            <w:r w:rsidRPr="00E474EF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Розуміння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громадянських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фрагментарне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A5297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лише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окремі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частини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найпростіших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завдань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суспільство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зразком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F14BD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Потребує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постійної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допомоги</w:t>
            </w:r>
            <w:proofErr w:type="spellEnd"/>
            <w:r w:rsidRPr="00E474EF">
              <w:rPr>
                <w:sz w:val="19"/>
                <w:lang w:val="ru-RU"/>
              </w:rPr>
              <w:t xml:space="preserve"> та контролю </w:t>
            </w:r>
            <w:proofErr w:type="spellStart"/>
            <w:r w:rsidRPr="00E474EF">
              <w:rPr>
                <w:sz w:val="19"/>
                <w:lang w:val="ru-RU"/>
              </w:rPr>
              <w:t>вчителя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B851B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Майже</w:t>
            </w:r>
            <w:proofErr w:type="spellEnd"/>
            <w:r w:rsidRPr="00E474EF">
              <w:rPr>
                <w:sz w:val="19"/>
                <w:lang w:val="ru-RU"/>
              </w:rPr>
              <w:t xml:space="preserve"> не </w:t>
            </w:r>
            <w:proofErr w:type="spellStart"/>
            <w:r w:rsidRPr="00E474EF">
              <w:rPr>
                <w:sz w:val="19"/>
                <w:lang w:val="ru-RU"/>
              </w:rPr>
              <w:t>вступає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суспільну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комунікацію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уроці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Реагує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після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прямого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спонукання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E2C9C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Поодинокі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випадки</w:t>
            </w:r>
            <w:proofErr w:type="spellEnd"/>
            <w:r w:rsidRPr="00E474EF">
              <w:rPr>
                <w:sz w:val="19"/>
                <w:lang w:val="ru-RU"/>
              </w:rPr>
              <w:t xml:space="preserve"> у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157F0A3F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495DC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601AC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AFAC8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Розпізнає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частину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знайомих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термінів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простих</w:t>
            </w:r>
            <w:proofErr w:type="spellEnd"/>
            <w:r w:rsidRPr="00E474EF">
              <w:rPr>
                <w:sz w:val="19"/>
                <w:lang w:val="ru-RU"/>
              </w:rPr>
              <w:t xml:space="preserve"> правил </w:t>
            </w:r>
            <w:proofErr w:type="spellStart"/>
            <w:r w:rsidRPr="00E474EF">
              <w:rPr>
                <w:sz w:val="19"/>
                <w:lang w:val="ru-RU"/>
              </w:rPr>
              <w:t>громади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окремі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елементи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36F39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зразком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постійними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підказками</w:t>
            </w:r>
            <w:proofErr w:type="spellEnd"/>
            <w:r w:rsidRPr="00E474EF">
              <w:rPr>
                <w:sz w:val="19"/>
                <w:lang w:val="ru-RU"/>
              </w:rPr>
              <w:t xml:space="preserve"> (</w:t>
            </w:r>
            <w:proofErr w:type="spellStart"/>
            <w:r w:rsidRPr="00E474EF">
              <w:rPr>
                <w:sz w:val="19"/>
                <w:lang w:val="ru-RU"/>
              </w:rPr>
              <w:t>називає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r w:rsidRPr="00E474EF">
              <w:rPr>
                <w:sz w:val="19"/>
                <w:lang w:val="ru-RU"/>
              </w:rPr>
              <w:t xml:space="preserve">права </w:t>
            </w:r>
            <w:proofErr w:type="spellStart"/>
            <w:r w:rsidRPr="00E474EF">
              <w:rPr>
                <w:sz w:val="19"/>
                <w:lang w:val="ru-RU"/>
              </w:rPr>
              <w:t>людини</w:t>
            </w:r>
            <w:proofErr w:type="spellEnd"/>
            <w:r w:rsidRPr="00E474EF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EA9C3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лише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безпосередньої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вчителя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36AD5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Відповідає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прості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запитання</w:t>
            </w:r>
            <w:proofErr w:type="spellEnd"/>
            <w:r w:rsidRPr="00E474EF">
              <w:rPr>
                <w:sz w:val="19"/>
                <w:lang w:val="ru-RU"/>
              </w:rPr>
              <w:t xml:space="preserve"> про громаду за </w:t>
            </w:r>
            <w:proofErr w:type="spellStart"/>
            <w:r w:rsidRPr="00E474EF">
              <w:rPr>
                <w:sz w:val="19"/>
                <w:lang w:val="ru-RU"/>
              </w:rPr>
              <w:t>допомогою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вчителя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або</w:t>
            </w:r>
            <w:proofErr w:type="spellEnd"/>
            <w:r w:rsidRPr="00E474EF">
              <w:rPr>
                <w:sz w:val="19"/>
                <w:lang w:val="ru-RU"/>
              </w:rPr>
              <w:t xml:space="preserve"> опори.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6261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Фрагментарно в </w:t>
            </w:r>
            <w:proofErr w:type="spellStart"/>
            <w:r w:rsidRPr="00E474EF">
              <w:rPr>
                <w:sz w:val="19"/>
                <w:lang w:val="ru-RU"/>
              </w:rPr>
              <w:t>знайомих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647B9430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8C730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E4E08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481B2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основне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значення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окремих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ролей та </w:t>
            </w:r>
            <w:proofErr w:type="spellStart"/>
            <w:r w:rsidRPr="00E474EF">
              <w:rPr>
                <w:sz w:val="19"/>
                <w:lang w:val="ru-RU"/>
              </w:rPr>
              <w:t>простих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повідомлень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медіа</w:t>
            </w:r>
            <w:proofErr w:type="spellEnd"/>
            <w:r w:rsidRPr="00E474EF">
              <w:rPr>
                <w:sz w:val="19"/>
                <w:lang w:val="ru-RU"/>
              </w:rPr>
              <w:t xml:space="preserve"> з опорою.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035A7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Відтворює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поняття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громадянського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суспільства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зразком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Допускає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6ECAE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зразком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потребує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допомоги</w:t>
            </w:r>
            <w:proofErr w:type="spellEnd"/>
            <w:r w:rsidRPr="00E474EF">
              <w:rPr>
                <w:sz w:val="19"/>
                <w:lang w:val="ru-RU"/>
              </w:rPr>
              <w:t xml:space="preserve"> та контролю.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2C513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Реагує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прості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звернення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щодо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громадянських</w:t>
            </w:r>
            <w:proofErr w:type="spellEnd"/>
            <w:r w:rsidRPr="00E474EF">
              <w:rPr>
                <w:sz w:val="19"/>
                <w:lang w:val="ru-RU"/>
              </w:rPr>
              <w:t xml:space="preserve"> пр</w:t>
            </w:r>
            <w:r w:rsidRPr="00E474EF">
              <w:rPr>
                <w:sz w:val="19"/>
                <w:lang w:val="ru-RU"/>
              </w:rPr>
              <w:t xml:space="preserve">ав, </w:t>
            </w:r>
            <w:proofErr w:type="spellStart"/>
            <w:r w:rsidRPr="00E474EF">
              <w:rPr>
                <w:sz w:val="19"/>
                <w:lang w:val="ru-RU"/>
              </w:rPr>
              <w:t>може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дати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коротку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відповідь</w:t>
            </w:r>
            <w:proofErr w:type="spellEnd"/>
            <w:r w:rsidRPr="00E474EF">
              <w:rPr>
                <w:sz w:val="19"/>
                <w:lang w:val="ru-RU"/>
              </w:rPr>
              <w:t xml:space="preserve"> за опорою.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F3908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Зрідка</w:t>
            </w:r>
            <w:proofErr w:type="spellEnd"/>
            <w:r w:rsidRPr="00E474EF">
              <w:rPr>
                <w:sz w:val="19"/>
                <w:lang w:val="ru-RU"/>
              </w:rPr>
              <w:t xml:space="preserve"> в добре </w:t>
            </w:r>
            <w:proofErr w:type="spellStart"/>
            <w:r w:rsidRPr="00E474EF">
              <w:rPr>
                <w:sz w:val="19"/>
                <w:lang w:val="ru-RU"/>
              </w:rPr>
              <w:t>знайомих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4E3368CC" w14:textId="77777777" w:rsidTr="00E474EF">
        <w:trPr>
          <w:jc w:val="center"/>
        </w:trPr>
        <w:tc>
          <w:tcPr>
            <w:tcW w:w="26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0DCB0" w14:textId="77777777" w:rsidR="000723C4" w:rsidRDefault="00D31E9D">
            <w:pPr>
              <w:spacing w:before="60" w:after="60"/>
            </w:pPr>
            <w:r w:rsidRPr="00E474EF">
              <w:rPr>
                <w:sz w:val="19"/>
                <w:lang w:val="ru-RU"/>
              </w:rPr>
              <w:t xml:space="preserve">4 – 6/ </w:t>
            </w:r>
            <w:proofErr w:type="spellStart"/>
            <w:r w:rsidRPr="00E474EF">
              <w:rPr>
                <w:sz w:val="19"/>
                <w:lang w:val="ru-RU"/>
              </w:rPr>
              <w:t>середній</w:t>
            </w:r>
            <w:proofErr w:type="spellEnd"/>
            <w:r w:rsidRPr="00E474EF">
              <w:rPr>
                <w:sz w:val="19"/>
                <w:lang w:val="ru-RU"/>
              </w:rPr>
              <w:br/>
            </w:r>
            <w:proofErr w:type="spellStart"/>
            <w:r w:rsidRPr="00E474EF">
              <w:rPr>
                <w:sz w:val="19"/>
                <w:lang w:val="ru-RU"/>
              </w:rPr>
              <w:t>Часткове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сприйняття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періодичною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підтримкою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Учень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відтворює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зразком</w:t>
            </w:r>
            <w:proofErr w:type="spellEnd"/>
            <w:r>
              <w:rPr>
                <w:sz w:val="19"/>
              </w:rPr>
              <w:t>.</w:t>
            </w:r>
          </w:p>
          <w:p w14:paraId="7A4F3150" w14:textId="77777777" w:rsidR="000723C4" w:rsidRDefault="000723C4">
            <w:pPr>
              <w:spacing w:before="60" w:after="60"/>
            </w:pPr>
          </w:p>
          <w:p w14:paraId="4B23C120" w14:textId="77777777" w:rsidR="000723C4" w:rsidRDefault="000723C4">
            <w:pPr>
              <w:spacing w:before="60" w:after="60"/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4B43B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2F979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основну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простих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текстів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демократію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суспільство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наявності</w:t>
            </w:r>
            <w:proofErr w:type="spellEnd"/>
            <w:r w:rsidRPr="00E474EF">
              <w:rPr>
                <w:sz w:val="19"/>
                <w:lang w:val="ru-RU"/>
              </w:rPr>
              <w:t xml:space="preserve"> опор.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98016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типові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 за алгоритмом (</w:t>
            </w:r>
            <w:proofErr w:type="spellStart"/>
            <w:r w:rsidRPr="00E474EF">
              <w:rPr>
                <w:sz w:val="19"/>
                <w:lang w:val="ru-RU"/>
              </w:rPr>
              <w:t>розрізняє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види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медіа</w:t>
            </w:r>
            <w:proofErr w:type="spellEnd"/>
            <w:r w:rsidRPr="00E474EF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інколи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суттєві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3797A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Потребує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зовнішнього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стимулювання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періодичної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допомоги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аналізі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явищ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7FA9C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Вступає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простий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діалог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життя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громади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ініціати</w:t>
            </w:r>
            <w:r w:rsidRPr="00E474EF">
              <w:rPr>
                <w:sz w:val="19"/>
                <w:lang w:val="ru-RU"/>
              </w:rPr>
              <w:t>вою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інших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Відповідає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коротко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622D6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Епізодично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2069D109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83A18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97858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AA8B4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частину</w:t>
            </w:r>
            <w:proofErr w:type="spellEnd"/>
            <w:r w:rsidRPr="00E474EF">
              <w:rPr>
                <w:sz w:val="19"/>
                <w:lang w:val="ru-RU"/>
              </w:rPr>
              <w:t xml:space="preserve"> основного </w:t>
            </w:r>
            <w:proofErr w:type="spellStart"/>
            <w:r w:rsidRPr="00E474EF">
              <w:rPr>
                <w:sz w:val="19"/>
                <w:lang w:val="ru-RU"/>
              </w:rPr>
              <w:t>змісту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проблеми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знаходить</w:t>
            </w:r>
            <w:proofErr w:type="spellEnd"/>
            <w:r w:rsidRPr="00E474EF">
              <w:rPr>
                <w:sz w:val="19"/>
                <w:lang w:val="ru-RU"/>
              </w:rPr>
              <w:t xml:space="preserve"> явно </w:t>
            </w:r>
            <w:proofErr w:type="spellStart"/>
            <w:r w:rsidRPr="00E474EF">
              <w:rPr>
                <w:sz w:val="19"/>
                <w:lang w:val="ru-RU"/>
              </w:rPr>
              <w:t>подану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джерелах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6C7F9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 за алгоритмом. </w:t>
            </w:r>
            <w:proofErr w:type="spellStart"/>
            <w:r w:rsidRPr="00E474EF">
              <w:rPr>
                <w:sz w:val="19"/>
                <w:lang w:val="ru-RU"/>
              </w:rPr>
              <w:t>Застосовує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знання</w:t>
            </w:r>
            <w:proofErr w:type="spellEnd"/>
            <w:r w:rsidRPr="00E474EF">
              <w:rPr>
                <w:sz w:val="19"/>
                <w:lang w:val="ru-RU"/>
              </w:rPr>
              <w:t xml:space="preserve"> (права </w:t>
            </w:r>
            <w:proofErr w:type="spellStart"/>
            <w:r w:rsidRPr="00E474EF">
              <w:rPr>
                <w:sz w:val="19"/>
                <w:lang w:val="ru-RU"/>
              </w:rPr>
              <w:t>дитини</w:t>
            </w:r>
            <w:proofErr w:type="spellEnd"/>
            <w:r w:rsidRPr="00E474EF">
              <w:rPr>
                <w:sz w:val="19"/>
                <w:lang w:val="ru-RU"/>
              </w:rPr>
              <w:t>) з</w:t>
            </w:r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допомогою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27957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частково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потребує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допомоги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складніших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етапах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роботи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медіатекстами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5EF4D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Підтримує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простий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діалог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стереотипи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дискримінацію</w:t>
            </w:r>
            <w:proofErr w:type="spellEnd"/>
            <w:r w:rsidRPr="00E474EF">
              <w:rPr>
                <w:sz w:val="19"/>
                <w:lang w:val="ru-RU"/>
              </w:rPr>
              <w:t xml:space="preserve">, ставить </w:t>
            </w:r>
            <w:proofErr w:type="spellStart"/>
            <w:r w:rsidRPr="00E474EF">
              <w:rPr>
                <w:sz w:val="19"/>
                <w:lang w:val="ru-RU"/>
              </w:rPr>
              <w:t>окремі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запитання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A17A5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Епізодично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переважно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13E39C4F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513AC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07951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AC502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основний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зміст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нескладних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суспільно-політичних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текстів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визначає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ключову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4BA7C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частково-пошукові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функції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держави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зразком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Застосовує</w:t>
            </w:r>
            <w:proofErr w:type="spellEnd"/>
            <w:r>
              <w:rPr>
                <w:sz w:val="19"/>
              </w:rPr>
              <w:t xml:space="preserve"> у </w:t>
            </w:r>
            <w:proofErr w:type="spellStart"/>
            <w:r>
              <w:rPr>
                <w:sz w:val="19"/>
              </w:rPr>
              <w:t>стандартних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життєвих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ситуаціях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3224D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переважно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під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керівництвом</w:t>
            </w:r>
            <w:proofErr w:type="spellEnd"/>
            <w:r w:rsidRPr="00E474EF">
              <w:rPr>
                <w:sz w:val="19"/>
                <w:lang w:val="ru-RU"/>
              </w:rPr>
              <w:t xml:space="preserve"> учителя, </w:t>
            </w:r>
            <w:proofErr w:type="spellStart"/>
            <w:r w:rsidRPr="00E474EF">
              <w:rPr>
                <w:sz w:val="19"/>
                <w:lang w:val="ru-RU"/>
              </w:rPr>
              <w:t>самостій</w:t>
            </w:r>
            <w:r w:rsidRPr="00E474EF">
              <w:rPr>
                <w:sz w:val="19"/>
                <w:lang w:val="ru-RU"/>
              </w:rPr>
              <w:t>но</w:t>
            </w:r>
            <w:proofErr w:type="spellEnd"/>
            <w:r w:rsidRPr="00E474EF">
              <w:rPr>
                <w:sz w:val="19"/>
                <w:lang w:val="ru-RU"/>
              </w:rPr>
              <w:t xml:space="preserve"> — </w:t>
            </w:r>
            <w:proofErr w:type="spellStart"/>
            <w:r w:rsidRPr="00E474EF">
              <w:rPr>
                <w:sz w:val="19"/>
                <w:lang w:val="ru-RU"/>
              </w:rPr>
              <w:t>частково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7DC87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Підтримує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діалог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громадянську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активність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реагує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співрозмовника</w:t>
            </w:r>
            <w:proofErr w:type="spellEnd"/>
            <w:r w:rsidRPr="00E474EF">
              <w:rPr>
                <w:sz w:val="19"/>
                <w:lang w:val="ru-RU"/>
              </w:rPr>
              <w:t xml:space="preserve">, ставить </w:t>
            </w:r>
            <w:proofErr w:type="spellStart"/>
            <w:r w:rsidRPr="00E474EF">
              <w:rPr>
                <w:sz w:val="19"/>
                <w:lang w:val="ru-RU"/>
              </w:rPr>
              <w:t>прості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запитання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43149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Періодично</w:t>
            </w:r>
            <w:proofErr w:type="spellEnd"/>
            <w:r w:rsidRPr="00E474EF">
              <w:rPr>
                <w:sz w:val="19"/>
                <w:lang w:val="ru-RU"/>
              </w:rPr>
              <w:t xml:space="preserve"> у </w:t>
            </w:r>
            <w:proofErr w:type="spellStart"/>
            <w:r w:rsidRPr="00E474EF">
              <w:rPr>
                <w:sz w:val="19"/>
                <w:lang w:val="ru-RU"/>
              </w:rPr>
              <w:t>знайомих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13EBE8E3" w14:textId="77777777" w:rsidTr="00E474EF">
        <w:trPr>
          <w:jc w:val="center"/>
        </w:trPr>
        <w:tc>
          <w:tcPr>
            <w:tcW w:w="26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02D90" w14:textId="77777777" w:rsidR="000723C4" w:rsidRDefault="00D31E9D">
            <w:pPr>
              <w:spacing w:before="60" w:after="60"/>
            </w:pPr>
            <w:r w:rsidRPr="00E474EF">
              <w:rPr>
                <w:sz w:val="19"/>
                <w:lang w:val="ru-RU"/>
              </w:rPr>
              <w:t xml:space="preserve">7 – 9/ </w:t>
            </w:r>
            <w:proofErr w:type="spellStart"/>
            <w:r w:rsidRPr="00E474EF">
              <w:rPr>
                <w:sz w:val="19"/>
                <w:lang w:val="ru-RU"/>
              </w:rPr>
              <w:t>достатній</w:t>
            </w:r>
            <w:proofErr w:type="spellEnd"/>
            <w:r w:rsidRPr="00E474EF">
              <w:rPr>
                <w:sz w:val="19"/>
                <w:lang w:val="ru-RU"/>
              </w:rPr>
              <w:br/>
            </w:r>
            <w:proofErr w:type="spellStart"/>
            <w:r w:rsidRPr="00E474EF">
              <w:rPr>
                <w:sz w:val="19"/>
                <w:lang w:val="ru-RU"/>
              </w:rPr>
              <w:t>Розуміння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переважно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самостійним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виконанням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Учень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ефективно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використовує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вміння</w:t>
            </w:r>
            <w:proofErr w:type="spellEnd"/>
            <w:r>
              <w:rPr>
                <w:sz w:val="19"/>
              </w:rPr>
              <w:t>.</w:t>
            </w:r>
          </w:p>
          <w:p w14:paraId="22109CE5" w14:textId="77777777" w:rsidR="000723C4" w:rsidRDefault="000723C4">
            <w:pPr>
              <w:spacing w:before="60" w:after="60"/>
            </w:pPr>
          </w:p>
          <w:p w14:paraId="725FBDC7" w14:textId="77777777" w:rsidR="000723C4" w:rsidRDefault="000723C4">
            <w:pPr>
              <w:spacing w:before="60" w:after="60"/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06B29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7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BE513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процеси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знаходить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необхідну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медіа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розрізняє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факти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судження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допомогою</w:t>
            </w:r>
            <w:proofErr w:type="spellEnd"/>
            <w:r w:rsidRPr="00E474EF">
              <w:rPr>
                <w:sz w:val="19"/>
                <w:lang w:val="ru-RU"/>
              </w:rPr>
              <w:t xml:space="preserve"> контексту.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2FFA4C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типові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окремі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суспільно-пошукові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 w:rsidRPr="00E474EF">
              <w:rPr>
                <w:sz w:val="19"/>
                <w:lang w:val="ru-RU"/>
              </w:rPr>
              <w:t>Застосовує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компетентності</w:t>
            </w:r>
            <w:proofErr w:type="spellEnd"/>
            <w:r w:rsidRPr="00E474EF">
              <w:rPr>
                <w:sz w:val="19"/>
                <w:lang w:val="ru-RU"/>
              </w:rPr>
              <w:t xml:space="preserve"> у </w:t>
            </w:r>
            <w:proofErr w:type="spellStart"/>
            <w:r w:rsidRPr="00E474EF">
              <w:rPr>
                <w:sz w:val="19"/>
                <w:lang w:val="ru-RU"/>
              </w:rPr>
              <w:t>школі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громаді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1FAC4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Переважно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потрібна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лише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ситуативна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допомога</w:t>
            </w:r>
            <w:proofErr w:type="spellEnd"/>
            <w:r w:rsidRPr="00E474EF">
              <w:rPr>
                <w:sz w:val="19"/>
                <w:lang w:val="ru-RU"/>
              </w:rPr>
              <w:t xml:space="preserve"> при критичному </w:t>
            </w:r>
            <w:proofErr w:type="spellStart"/>
            <w:r w:rsidRPr="00E474EF">
              <w:rPr>
                <w:sz w:val="19"/>
                <w:lang w:val="ru-RU"/>
              </w:rPr>
              <w:t>аналізі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джерел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E2426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Бере</w:t>
            </w:r>
            <w:proofErr w:type="spellEnd"/>
            <w:r w:rsidRPr="00E474EF">
              <w:rPr>
                <w:sz w:val="19"/>
                <w:lang w:val="ru-RU"/>
              </w:rPr>
              <w:t xml:space="preserve"> участь </w:t>
            </w:r>
            <w:proofErr w:type="gramStart"/>
            <w:r w:rsidRPr="00E474EF">
              <w:rPr>
                <w:sz w:val="19"/>
                <w:lang w:val="ru-RU"/>
              </w:rPr>
              <w:t>у дебатах</w:t>
            </w:r>
            <w:proofErr w:type="gram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висловлює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просту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громадянську</w:t>
            </w:r>
            <w:proofErr w:type="spellEnd"/>
            <w:r w:rsidRPr="00E474EF">
              <w:rPr>
                <w:sz w:val="19"/>
                <w:lang w:val="ru-RU"/>
              </w:rPr>
              <w:t xml:space="preserve"> думку, </w:t>
            </w:r>
            <w:proofErr w:type="spellStart"/>
            <w:r w:rsidRPr="00E474EF">
              <w:rPr>
                <w:sz w:val="19"/>
                <w:lang w:val="ru-RU"/>
              </w:rPr>
              <w:t>підтримує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взаємодію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групі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D6B58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1B2ABC69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1FEBE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6944B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8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3CFD9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Розуміє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основний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зм</w:t>
            </w:r>
            <w:r w:rsidRPr="00E474EF">
              <w:rPr>
                <w:sz w:val="19"/>
                <w:lang w:val="ru-RU"/>
              </w:rPr>
              <w:t>іст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суттєві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деталі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глобальних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проблем. </w:t>
            </w:r>
            <w:proofErr w:type="spellStart"/>
            <w:r w:rsidRPr="00E474EF">
              <w:rPr>
                <w:sz w:val="19"/>
                <w:lang w:val="ru-RU"/>
              </w:rPr>
              <w:t>Порівнює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різних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медіа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9801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пошукові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 (</w:t>
            </w:r>
            <w:proofErr w:type="spellStart"/>
            <w:r w:rsidRPr="00E474EF">
              <w:rPr>
                <w:sz w:val="19"/>
                <w:lang w:val="ru-RU"/>
              </w:rPr>
              <w:t>аналіз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шкільного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самоврядування</w:t>
            </w:r>
            <w:proofErr w:type="spellEnd"/>
            <w:r w:rsidRPr="00E474EF">
              <w:rPr>
                <w:sz w:val="19"/>
                <w:lang w:val="ru-RU"/>
              </w:rPr>
              <w:t xml:space="preserve">). </w:t>
            </w:r>
            <w:proofErr w:type="spellStart"/>
            <w:r w:rsidRPr="00E474EF">
              <w:rPr>
                <w:sz w:val="19"/>
                <w:lang w:val="ru-RU"/>
              </w:rPr>
              <w:t>Добирає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аргументи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відповідно</w:t>
            </w:r>
            <w:proofErr w:type="spellEnd"/>
            <w:r w:rsidRPr="00E474EF">
              <w:rPr>
                <w:sz w:val="19"/>
                <w:lang w:val="ru-RU"/>
              </w:rPr>
              <w:t xml:space="preserve"> до </w:t>
            </w:r>
            <w:proofErr w:type="spellStart"/>
            <w:r w:rsidRPr="00E474EF">
              <w:rPr>
                <w:sz w:val="19"/>
                <w:lang w:val="ru-RU"/>
              </w:rPr>
              <w:t>суспільної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проблеми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2C38D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більшість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проєктів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звертається</w:t>
            </w:r>
            <w:proofErr w:type="spellEnd"/>
            <w:r w:rsidRPr="00E474EF">
              <w:rPr>
                <w:sz w:val="19"/>
                <w:lang w:val="ru-RU"/>
              </w:rPr>
              <w:t xml:space="preserve"> по </w:t>
            </w:r>
            <w:proofErr w:type="spellStart"/>
            <w:r w:rsidRPr="00E474EF">
              <w:rPr>
                <w:sz w:val="19"/>
                <w:lang w:val="ru-RU"/>
              </w:rPr>
              <w:t>допомогу</w:t>
            </w:r>
            <w:proofErr w:type="spellEnd"/>
            <w:r w:rsidRPr="00E474EF">
              <w:rPr>
                <w:sz w:val="19"/>
                <w:lang w:val="ru-RU"/>
              </w:rPr>
              <w:t xml:space="preserve"> за потреби.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4B49E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Підтримує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ініціює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комунікацію</w:t>
            </w:r>
            <w:proofErr w:type="spellEnd"/>
            <w:r w:rsidRPr="00E474EF">
              <w:rPr>
                <w:sz w:val="19"/>
                <w:lang w:val="ru-RU"/>
              </w:rPr>
              <w:t xml:space="preserve">, конструктивно </w:t>
            </w:r>
            <w:proofErr w:type="spellStart"/>
            <w:r w:rsidRPr="00E474EF">
              <w:rPr>
                <w:sz w:val="19"/>
                <w:lang w:val="ru-RU"/>
              </w:rPr>
              <w:t>реагує</w:t>
            </w:r>
            <w:proofErr w:type="spellEnd"/>
            <w:r w:rsidRPr="00E474EF">
              <w:rPr>
                <w:sz w:val="19"/>
                <w:lang w:val="ru-RU"/>
              </w:rPr>
              <w:t xml:space="preserve"> на </w:t>
            </w:r>
            <w:proofErr w:type="spellStart"/>
            <w:r w:rsidRPr="00E474EF">
              <w:rPr>
                <w:sz w:val="19"/>
                <w:lang w:val="ru-RU"/>
              </w:rPr>
              <w:t>співрозмовника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1D45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більшості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контекстів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729569E0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AB63A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D9DBF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9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97796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Аналізує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явища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визначає</w:t>
            </w:r>
            <w:proofErr w:type="spellEnd"/>
            <w:r w:rsidRPr="00E474EF">
              <w:rPr>
                <w:sz w:val="19"/>
                <w:lang w:val="ru-RU"/>
              </w:rPr>
              <w:t xml:space="preserve"> суть </w:t>
            </w:r>
            <w:proofErr w:type="spellStart"/>
            <w:r w:rsidRPr="00E474EF">
              <w:rPr>
                <w:sz w:val="19"/>
                <w:lang w:val="ru-RU"/>
              </w:rPr>
              <w:t>демократичних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цінностей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встановлює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зв'язки</w:t>
            </w:r>
            <w:proofErr w:type="spellEnd"/>
            <w:r w:rsidRPr="00E474EF">
              <w:rPr>
                <w:sz w:val="19"/>
                <w:lang w:val="ru-RU"/>
              </w:rPr>
              <w:t xml:space="preserve">, робить </w:t>
            </w:r>
            <w:proofErr w:type="spellStart"/>
            <w:r w:rsidRPr="00E474EF">
              <w:rPr>
                <w:sz w:val="19"/>
                <w:lang w:val="ru-RU"/>
              </w:rPr>
              <w:t>висновки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щодо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розвитку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D8F1A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типові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частково-пошукові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обирає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спосіб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представлення</w:t>
            </w:r>
            <w:proofErr w:type="spellEnd"/>
            <w:r w:rsidRPr="00E474EF">
              <w:rPr>
                <w:sz w:val="19"/>
                <w:lang w:val="ru-RU"/>
              </w:rPr>
              <w:t xml:space="preserve"> результату.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7E1F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ефективно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використовує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інформаційні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ресурси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аналізує</w:t>
            </w:r>
            <w:proofErr w:type="spellEnd"/>
            <w:r w:rsidRPr="00E474EF">
              <w:rPr>
                <w:sz w:val="19"/>
                <w:lang w:val="ru-RU"/>
              </w:rPr>
              <w:t xml:space="preserve"> результат </w:t>
            </w:r>
            <w:proofErr w:type="spellStart"/>
            <w:r w:rsidRPr="00E474EF">
              <w:rPr>
                <w:sz w:val="19"/>
                <w:lang w:val="ru-RU"/>
              </w:rPr>
              <w:t>соціальної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дії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39A04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Вільно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бере</w:t>
            </w:r>
            <w:proofErr w:type="spellEnd"/>
            <w:r w:rsidRPr="00E474EF">
              <w:rPr>
                <w:sz w:val="19"/>
                <w:lang w:val="ru-RU"/>
              </w:rPr>
              <w:t xml:space="preserve"> участь у </w:t>
            </w:r>
            <w:proofErr w:type="spellStart"/>
            <w:r w:rsidRPr="00E474EF">
              <w:rPr>
                <w:sz w:val="19"/>
                <w:lang w:val="ru-RU"/>
              </w:rPr>
              <w:t>дискусіях</w:t>
            </w:r>
            <w:proofErr w:type="spellEnd"/>
            <w:r w:rsidRPr="00E474EF">
              <w:rPr>
                <w:sz w:val="19"/>
                <w:lang w:val="ru-RU"/>
              </w:rPr>
              <w:t xml:space="preserve"> про права </w:t>
            </w:r>
            <w:proofErr w:type="spellStart"/>
            <w:r w:rsidRPr="00E474EF">
              <w:rPr>
                <w:sz w:val="19"/>
                <w:lang w:val="ru-RU"/>
              </w:rPr>
              <w:t>людини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аргументує</w:t>
            </w:r>
            <w:proofErr w:type="spellEnd"/>
            <w:r w:rsidRPr="00E474EF">
              <w:rPr>
                <w:sz w:val="19"/>
                <w:lang w:val="ru-RU"/>
              </w:rPr>
              <w:t xml:space="preserve"> думку, </w:t>
            </w:r>
            <w:proofErr w:type="spellStart"/>
            <w:r w:rsidRPr="00E474EF">
              <w:rPr>
                <w:sz w:val="19"/>
                <w:lang w:val="ru-RU"/>
              </w:rPr>
              <w:t>поважає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різноманітність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позицію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інших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85F85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Стабільно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більшості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нетипових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ситуацій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085C2313" w14:textId="77777777" w:rsidTr="00E474EF">
        <w:trPr>
          <w:jc w:val="center"/>
        </w:trPr>
        <w:tc>
          <w:tcPr>
            <w:tcW w:w="26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B9A2D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10 – 12/ </w:t>
            </w:r>
            <w:proofErr w:type="spellStart"/>
            <w:r w:rsidRPr="00E474EF">
              <w:rPr>
                <w:sz w:val="19"/>
                <w:lang w:val="ru-RU"/>
              </w:rPr>
              <w:t>високий</w:t>
            </w:r>
            <w:proofErr w:type="spellEnd"/>
            <w:r w:rsidRPr="00E474EF">
              <w:rPr>
                <w:sz w:val="19"/>
                <w:lang w:val="ru-RU"/>
              </w:rPr>
              <w:br/>
            </w:r>
            <w:proofErr w:type="spellStart"/>
            <w:r w:rsidRPr="00E474EF">
              <w:rPr>
                <w:sz w:val="19"/>
                <w:lang w:val="ru-RU"/>
              </w:rPr>
              <w:t>Глибоке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розуміння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повна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самостійність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 w:rsidRPr="00E474EF">
              <w:rPr>
                <w:sz w:val="19"/>
                <w:lang w:val="ru-RU"/>
              </w:rPr>
              <w:t>Учень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творчо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застосовує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вміння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різних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  <w:p w14:paraId="7D26AE73" w14:textId="77777777" w:rsidR="000723C4" w:rsidRPr="00E474EF" w:rsidRDefault="000723C4">
            <w:pPr>
              <w:spacing w:before="60" w:after="60"/>
              <w:rPr>
                <w:lang w:val="ru-RU"/>
              </w:rPr>
            </w:pPr>
          </w:p>
          <w:p w14:paraId="4FFF6684" w14:textId="77777777" w:rsidR="000723C4" w:rsidRPr="00E474EF" w:rsidRDefault="000723C4">
            <w:pPr>
              <w:spacing w:before="60" w:after="60"/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CAFCC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10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0D06B" w14:textId="77777777" w:rsidR="000723C4" w:rsidRDefault="00D31E9D">
            <w:pPr>
              <w:spacing w:before="60" w:after="60"/>
            </w:pPr>
            <w:proofErr w:type="spellStart"/>
            <w:r>
              <w:rPr>
                <w:sz w:val="19"/>
              </w:rPr>
              <w:t>Узагальнює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соціальну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політичну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інформацію</w:t>
            </w:r>
            <w:proofErr w:type="spellEnd"/>
            <w:r>
              <w:rPr>
                <w:sz w:val="19"/>
              </w:rPr>
              <w:t xml:space="preserve"> з </w:t>
            </w:r>
            <w:proofErr w:type="spellStart"/>
            <w:r>
              <w:rPr>
                <w:sz w:val="19"/>
              </w:rPr>
              <w:t>різних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джерел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встановлює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причинно-наслідкові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зв'язки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суспільних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явищ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87244" w14:textId="77777777" w:rsidR="000723C4" w:rsidRDefault="00D31E9D">
            <w:pPr>
              <w:spacing w:before="60" w:after="60"/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дослідницькі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творчі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проєкти</w:t>
            </w:r>
            <w:proofErr w:type="spellEnd"/>
            <w:r w:rsidRPr="00E474EF">
              <w:rPr>
                <w:sz w:val="19"/>
                <w:lang w:val="ru-RU"/>
              </w:rPr>
              <w:t xml:space="preserve"> (</w:t>
            </w:r>
            <w:proofErr w:type="spellStart"/>
            <w:r w:rsidRPr="00E474EF">
              <w:rPr>
                <w:sz w:val="19"/>
                <w:lang w:val="ru-RU"/>
              </w:rPr>
              <w:t>розробка</w:t>
            </w:r>
            <w:proofErr w:type="spellEnd"/>
            <w:r w:rsidRPr="00E474EF">
              <w:rPr>
                <w:sz w:val="19"/>
                <w:lang w:val="ru-RU"/>
              </w:rPr>
              <w:t xml:space="preserve"> плану </w:t>
            </w:r>
            <w:proofErr w:type="spellStart"/>
            <w:r w:rsidRPr="00E474EF">
              <w:rPr>
                <w:sz w:val="19"/>
                <w:lang w:val="ru-RU"/>
              </w:rPr>
              <w:t>розвитку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громади</w:t>
            </w:r>
            <w:proofErr w:type="spellEnd"/>
            <w:r w:rsidRPr="00E474EF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Добирає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ефективні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способи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взаємодії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44292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Планує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громадські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дії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аналізує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власні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результати</w:t>
            </w:r>
            <w:proofErr w:type="spellEnd"/>
            <w:r w:rsidRPr="00E474EF">
              <w:rPr>
                <w:sz w:val="19"/>
                <w:lang w:val="ru-RU"/>
              </w:rPr>
              <w:t xml:space="preserve"> та критично </w:t>
            </w:r>
            <w:proofErr w:type="spellStart"/>
            <w:r w:rsidRPr="00E474EF">
              <w:rPr>
                <w:sz w:val="19"/>
                <w:lang w:val="ru-RU"/>
              </w:rPr>
              <w:t>виправляє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недоліки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A806F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Ініціює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комунікацію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діалог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обґрунтовує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активну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позицію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взаємодіє</w:t>
            </w:r>
            <w:proofErr w:type="spellEnd"/>
            <w:r w:rsidRPr="00E474EF">
              <w:rPr>
                <w:sz w:val="19"/>
                <w:lang w:val="ru-RU"/>
              </w:rPr>
              <w:t xml:space="preserve"> з </w:t>
            </w:r>
            <w:proofErr w:type="spellStart"/>
            <w:r w:rsidRPr="00E474EF">
              <w:rPr>
                <w:sz w:val="19"/>
                <w:lang w:val="ru-RU"/>
              </w:rPr>
              <w:t>іншими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DC7F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нетипових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соціальних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4A2D0DCC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A4C72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38242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11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91DCE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Ан</w:t>
            </w:r>
            <w:r w:rsidRPr="00E474EF">
              <w:rPr>
                <w:sz w:val="19"/>
                <w:lang w:val="ru-RU"/>
              </w:rPr>
              <w:t>алізує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оцінює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рівень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демократії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медіаграмотності</w:t>
            </w:r>
            <w:proofErr w:type="spellEnd"/>
            <w:r w:rsidRPr="00E474EF">
              <w:rPr>
                <w:sz w:val="19"/>
                <w:lang w:val="ru-RU"/>
              </w:rPr>
              <w:t xml:space="preserve"> за </w:t>
            </w:r>
            <w:proofErr w:type="spellStart"/>
            <w:r w:rsidRPr="00E474EF">
              <w:rPr>
                <w:sz w:val="19"/>
                <w:lang w:val="ru-RU"/>
              </w:rPr>
              <w:t>критеріями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формулює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обґрунтовані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висновки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93D2F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творчі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дослідницькі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адвокаційні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завдання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пропонує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кілька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способів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вирішення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проблем.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CE348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Планує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організовує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командну</w:t>
            </w:r>
            <w:proofErr w:type="spellEnd"/>
            <w:r w:rsidRPr="00E474EF">
              <w:rPr>
                <w:sz w:val="19"/>
                <w:lang w:val="ru-RU"/>
              </w:rPr>
              <w:t xml:space="preserve"> роботу, </w:t>
            </w:r>
            <w:proofErr w:type="spellStart"/>
            <w:r w:rsidRPr="00E474EF">
              <w:rPr>
                <w:sz w:val="19"/>
                <w:lang w:val="ru-RU"/>
              </w:rPr>
              <w:t>оцінює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</w:t>
            </w:r>
            <w:r w:rsidRPr="00E474EF">
              <w:rPr>
                <w:sz w:val="19"/>
                <w:lang w:val="ru-RU"/>
              </w:rPr>
              <w:t>оціальний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ефект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працює</w:t>
            </w:r>
            <w:proofErr w:type="spellEnd"/>
            <w:r w:rsidRPr="00E474EF">
              <w:rPr>
                <w:sz w:val="19"/>
                <w:lang w:val="ru-RU"/>
              </w:rPr>
              <w:t xml:space="preserve"> над </w:t>
            </w:r>
            <w:proofErr w:type="spellStart"/>
            <w:r w:rsidRPr="00E474EF">
              <w:rPr>
                <w:sz w:val="19"/>
                <w:lang w:val="ru-RU"/>
              </w:rPr>
              <w:t>удосконаленням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громадянських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умінь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80544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Активно </w:t>
            </w:r>
            <w:proofErr w:type="spellStart"/>
            <w:r w:rsidRPr="00E474EF">
              <w:rPr>
                <w:sz w:val="19"/>
                <w:lang w:val="ru-RU"/>
              </w:rPr>
              <w:t>ініціює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підтримує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спілкування</w:t>
            </w:r>
            <w:proofErr w:type="spellEnd"/>
            <w:r w:rsidRPr="00E474EF">
              <w:rPr>
                <w:sz w:val="19"/>
                <w:lang w:val="ru-RU"/>
              </w:rPr>
              <w:t xml:space="preserve"> про </w:t>
            </w:r>
            <w:proofErr w:type="spellStart"/>
            <w:r w:rsidRPr="00E474EF">
              <w:rPr>
                <w:sz w:val="19"/>
                <w:lang w:val="ru-RU"/>
              </w:rPr>
              <w:t>євроінтеграцію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глобалізацію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розвиває</w:t>
            </w:r>
            <w:proofErr w:type="spellEnd"/>
            <w:r w:rsidRPr="00E474EF">
              <w:rPr>
                <w:sz w:val="19"/>
                <w:lang w:val="ru-RU"/>
              </w:rPr>
              <w:t xml:space="preserve"> думки </w:t>
            </w:r>
            <w:proofErr w:type="spellStart"/>
            <w:r w:rsidRPr="00E474EF">
              <w:rPr>
                <w:sz w:val="19"/>
                <w:lang w:val="ru-RU"/>
              </w:rPr>
              <w:t>партнерів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EDFCF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нетипових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нових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  <w:tr w:rsidR="000723C4" w:rsidRPr="00E474EF" w14:paraId="1D734392" w14:textId="77777777" w:rsidTr="00E474EF">
        <w:trPr>
          <w:jc w:val="center"/>
        </w:trPr>
        <w:tc>
          <w:tcPr>
            <w:tcW w:w="2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71FDB" w14:textId="77777777" w:rsidR="000723C4" w:rsidRPr="00E474EF" w:rsidRDefault="000723C4">
            <w:pPr>
              <w:rPr>
                <w:lang w:val="ru-RU"/>
              </w:rPr>
            </w:pPr>
          </w:p>
        </w:tc>
        <w:tc>
          <w:tcPr>
            <w:tcW w:w="3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0DD8BF" w14:textId="77777777" w:rsidR="000723C4" w:rsidRDefault="00D31E9D">
            <w:pPr>
              <w:spacing w:before="60" w:after="60"/>
              <w:jc w:val="center"/>
            </w:pPr>
            <w:r>
              <w:rPr>
                <w:b/>
                <w:sz w:val="19"/>
              </w:rPr>
              <w:t>12</w:t>
            </w:r>
          </w:p>
        </w:tc>
        <w:tc>
          <w:tcPr>
            <w:tcW w:w="26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0D61B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Критично </w:t>
            </w:r>
            <w:proofErr w:type="spellStart"/>
            <w:r w:rsidRPr="00E474EF">
              <w:rPr>
                <w:sz w:val="19"/>
                <w:lang w:val="ru-RU"/>
              </w:rPr>
              <w:t>оцінює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інтегрує</w:t>
            </w:r>
            <w:proofErr w:type="spellEnd"/>
            <w:r w:rsidRPr="00E474EF">
              <w:rPr>
                <w:sz w:val="19"/>
                <w:lang w:val="ru-RU"/>
              </w:rPr>
              <w:t xml:space="preserve"> й </w:t>
            </w:r>
            <w:proofErr w:type="spellStart"/>
            <w:r w:rsidRPr="00E474EF">
              <w:rPr>
                <w:sz w:val="19"/>
                <w:lang w:val="ru-RU"/>
              </w:rPr>
              <w:t>узагальнює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інформацію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умовах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пропаганди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використовує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знання</w:t>
            </w:r>
            <w:proofErr w:type="spellEnd"/>
            <w:r w:rsidRPr="00E474EF">
              <w:rPr>
                <w:sz w:val="19"/>
                <w:lang w:val="ru-RU"/>
              </w:rPr>
              <w:t xml:space="preserve"> для </w:t>
            </w:r>
            <w:proofErr w:type="spellStart"/>
            <w:r w:rsidRPr="00E474EF">
              <w:rPr>
                <w:sz w:val="19"/>
                <w:lang w:val="ru-RU"/>
              </w:rPr>
              <w:t>розв'язання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нестандартних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завдань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27E90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складні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дослідницькі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соціальні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проєкти</w:t>
            </w:r>
            <w:proofErr w:type="spellEnd"/>
            <w:r w:rsidRPr="00E474EF">
              <w:rPr>
                <w:sz w:val="19"/>
                <w:lang w:val="ru-RU"/>
              </w:rPr>
              <w:t xml:space="preserve">.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обирає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стратегії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взаємодії</w:t>
            </w:r>
            <w:proofErr w:type="spellEnd"/>
            <w:r w:rsidRPr="00E474EF">
              <w:rPr>
                <w:sz w:val="19"/>
                <w:lang w:val="ru-RU"/>
              </w:rPr>
              <w:t xml:space="preserve"> з органами </w:t>
            </w:r>
            <w:proofErr w:type="spellStart"/>
            <w:r w:rsidRPr="00E474EF">
              <w:rPr>
                <w:sz w:val="19"/>
                <w:lang w:val="ru-RU"/>
              </w:rPr>
              <w:t>влади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E08FE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Повністю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самостійно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плану</w:t>
            </w:r>
            <w:r w:rsidRPr="00E474EF">
              <w:rPr>
                <w:sz w:val="19"/>
                <w:lang w:val="ru-RU"/>
              </w:rPr>
              <w:t>є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виконує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оцінює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громадську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діяльність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прогнозує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суспільні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наслідки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дій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BD855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proofErr w:type="spellStart"/>
            <w:r w:rsidRPr="00E474EF">
              <w:rPr>
                <w:sz w:val="19"/>
                <w:lang w:val="ru-RU"/>
              </w:rPr>
              <w:t>Вільно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використовує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інструменти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демократії</w:t>
            </w:r>
            <w:proofErr w:type="spellEnd"/>
            <w:r w:rsidRPr="00E474EF">
              <w:rPr>
                <w:sz w:val="19"/>
                <w:lang w:val="ru-RU"/>
              </w:rPr>
              <w:t xml:space="preserve"> в </w:t>
            </w:r>
            <w:proofErr w:type="spellStart"/>
            <w:r w:rsidRPr="00E474EF">
              <w:rPr>
                <w:sz w:val="19"/>
                <w:lang w:val="ru-RU"/>
              </w:rPr>
              <w:t>різних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організовує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взаємодію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дає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якісний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зворотний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зв'язок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7097A" w14:textId="77777777" w:rsidR="000723C4" w:rsidRPr="00E474EF" w:rsidRDefault="00D31E9D">
            <w:pPr>
              <w:spacing w:before="60" w:after="60"/>
              <w:rPr>
                <w:lang w:val="ru-RU"/>
              </w:rPr>
            </w:pPr>
            <w:r w:rsidRPr="00E474EF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E474EF">
              <w:rPr>
                <w:sz w:val="19"/>
                <w:lang w:val="ru-RU"/>
              </w:rPr>
              <w:t>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, </w:t>
            </w:r>
            <w:proofErr w:type="spellStart"/>
            <w:r w:rsidRPr="00E474EF">
              <w:rPr>
                <w:sz w:val="19"/>
                <w:lang w:val="ru-RU"/>
              </w:rPr>
              <w:t>нетипових</w:t>
            </w:r>
            <w:proofErr w:type="spellEnd"/>
            <w:r w:rsidRPr="00E474EF">
              <w:rPr>
                <w:sz w:val="19"/>
                <w:lang w:val="ru-RU"/>
              </w:rPr>
              <w:t xml:space="preserve"> і </w:t>
            </w:r>
            <w:proofErr w:type="spellStart"/>
            <w:r w:rsidRPr="00E474EF">
              <w:rPr>
                <w:sz w:val="19"/>
                <w:lang w:val="ru-RU"/>
              </w:rPr>
              <w:t>нестандартних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життєвих</w:t>
            </w:r>
            <w:proofErr w:type="spellEnd"/>
            <w:r w:rsidRPr="00E474EF">
              <w:rPr>
                <w:sz w:val="19"/>
                <w:lang w:val="ru-RU"/>
              </w:rPr>
              <w:t xml:space="preserve"> та </w:t>
            </w:r>
            <w:proofErr w:type="spellStart"/>
            <w:r w:rsidRPr="00E474EF">
              <w:rPr>
                <w:sz w:val="19"/>
                <w:lang w:val="ru-RU"/>
              </w:rPr>
              <w:t>сус</w:t>
            </w:r>
            <w:r w:rsidRPr="00E474EF">
              <w:rPr>
                <w:sz w:val="19"/>
                <w:lang w:val="ru-RU"/>
              </w:rPr>
              <w:t>пільних</w:t>
            </w:r>
            <w:proofErr w:type="spellEnd"/>
            <w:r w:rsidRPr="00E474EF">
              <w:rPr>
                <w:sz w:val="19"/>
                <w:lang w:val="ru-RU"/>
              </w:rPr>
              <w:t xml:space="preserve"> </w:t>
            </w:r>
            <w:proofErr w:type="spellStart"/>
            <w:r w:rsidRPr="00E474EF">
              <w:rPr>
                <w:sz w:val="19"/>
                <w:lang w:val="ru-RU"/>
              </w:rPr>
              <w:t>ситуаціях</w:t>
            </w:r>
            <w:proofErr w:type="spellEnd"/>
            <w:r w:rsidRPr="00E474EF">
              <w:rPr>
                <w:sz w:val="19"/>
                <w:lang w:val="ru-RU"/>
              </w:rPr>
              <w:t>.</w:t>
            </w:r>
          </w:p>
        </w:tc>
      </w:tr>
    </w:tbl>
    <w:p w14:paraId="69F3FEFE" w14:textId="77777777" w:rsidR="00D31E9D" w:rsidRPr="00E474EF" w:rsidRDefault="00D31E9D">
      <w:pPr>
        <w:rPr>
          <w:lang w:val="ru-RU"/>
        </w:rPr>
      </w:pPr>
    </w:p>
    <w:sectPr w:rsidR="00D31E9D" w:rsidRPr="00E474EF" w:rsidSect="00E474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3C4"/>
    <w:rsid w:val="0015074B"/>
    <w:rsid w:val="0029639D"/>
    <w:rsid w:val="00326F90"/>
    <w:rsid w:val="00AA1D8D"/>
    <w:rsid w:val="00B47730"/>
    <w:rsid w:val="00CB0664"/>
    <w:rsid w:val="00D31E9D"/>
    <w:rsid w:val="00E474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87716"/>
  <w14:defaultImageDpi w14:val="300"/>
  <w15:docId w15:val="{61AC1E8D-7356-46CF-A985-A29194A0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2026-09-09T06:46:00Z</dcterms:modified>
  <cp:category/>
</cp:coreProperties>
</file>