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B66893" w:rsidRPr="001A0587" w14:paraId="1FAF358C" w14:textId="77777777">
        <w:trPr>
          <w:jc w:val="center"/>
        </w:trPr>
        <w:tc>
          <w:tcPr>
            <w:tcW w:w="4968" w:type="dxa"/>
          </w:tcPr>
          <w:p w14:paraId="0526C055" w14:textId="77777777" w:rsidR="00B66893" w:rsidRPr="001A0587" w:rsidRDefault="0006172A">
            <w:pPr>
              <w:spacing w:after="0"/>
              <w:rPr>
                <w:lang w:val="ru-RU"/>
              </w:rPr>
            </w:pPr>
            <w:proofErr w:type="spellStart"/>
            <w:r w:rsidRPr="001A0587">
              <w:rPr>
                <w:sz w:val="20"/>
                <w:lang w:val="ru-RU"/>
              </w:rPr>
              <w:t>Схвалено</w:t>
            </w:r>
            <w:proofErr w:type="spellEnd"/>
            <w:r w:rsidRPr="001A0587">
              <w:rPr>
                <w:sz w:val="20"/>
                <w:lang w:val="ru-RU"/>
              </w:rPr>
              <w:br/>
            </w:r>
            <w:proofErr w:type="spellStart"/>
            <w:r w:rsidRPr="001A0587">
              <w:rPr>
                <w:sz w:val="20"/>
                <w:lang w:val="ru-RU"/>
              </w:rPr>
              <w:t>педагогічною</w:t>
            </w:r>
            <w:proofErr w:type="spellEnd"/>
            <w:r w:rsidRPr="001A0587">
              <w:rPr>
                <w:sz w:val="20"/>
                <w:lang w:val="ru-RU"/>
              </w:rPr>
              <w:t xml:space="preserve"> радою</w:t>
            </w:r>
            <w:r w:rsidRPr="001A0587">
              <w:rPr>
                <w:sz w:val="20"/>
                <w:lang w:val="ru-RU"/>
              </w:rPr>
              <w:br/>
              <w:t xml:space="preserve">Протокол №1 </w:t>
            </w:r>
            <w:proofErr w:type="spellStart"/>
            <w:r w:rsidRPr="001A0587">
              <w:rPr>
                <w:sz w:val="20"/>
                <w:lang w:val="ru-RU"/>
              </w:rPr>
              <w:t>від</w:t>
            </w:r>
            <w:proofErr w:type="spellEnd"/>
            <w:r w:rsidRPr="001A0587">
              <w:rPr>
                <w:sz w:val="20"/>
                <w:lang w:val="ru-RU"/>
              </w:rPr>
              <w:t xml:space="preserve"> 26.08.2026</w:t>
            </w:r>
          </w:p>
        </w:tc>
        <w:tc>
          <w:tcPr>
            <w:tcW w:w="4968" w:type="dxa"/>
          </w:tcPr>
          <w:p w14:paraId="3AAD269D" w14:textId="77777777" w:rsidR="00B66893" w:rsidRPr="001A0587" w:rsidRDefault="0006172A">
            <w:pPr>
              <w:spacing w:after="0"/>
              <w:jc w:val="right"/>
              <w:rPr>
                <w:lang w:val="ru-RU"/>
              </w:rPr>
            </w:pPr>
            <w:r w:rsidRPr="001A0587">
              <w:rPr>
                <w:sz w:val="20"/>
                <w:lang w:val="ru-RU"/>
              </w:rPr>
              <w:t>ЗАТВЕРДЖЕНО:</w:t>
            </w:r>
            <w:r w:rsidRPr="001A0587">
              <w:rPr>
                <w:sz w:val="20"/>
                <w:lang w:val="ru-RU"/>
              </w:rPr>
              <w:br/>
              <w:t xml:space="preserve">Директор </w:t>
            </w:r>
            <w:proofErr w:type="spellStart"/>
            <w:r w:rsidRPr="001A0587">
              <w:rPr>
                <w:sz w:val="20"/>
                <w:lang w:val="ru-RU"/>
              </w:rPr>
              <w:t>Катеринківської</w:t>
            </w:r>
            <w:proofErr w:type="spellEnd"/>
            <w:r w:rsidRPr="001A0587">
              <w:rPr>
                <w:sz w:val="20"/>
                <w:lang w:val="ru-RU"/>
              </w:rPr>
              <w:t xml:space="preserve"> </w:t>
            </w:r>
            <w:proofErr w:type="spellStart"/>
            <w:r w:rsidRPr="001A0587">
              <w:rPr>
                <w:sz w:val="20"/>
                <w:lang w:val="ru-RU"/>
              </w:rPr>
              <w:t>гімназії</w:t>
            </w:r>
            <w:proofErr w:type="spellEnd"/>
            <w:r w:rsidRPr="001A0587">
              <w:rPr>
                <w:sz w:val="20"/>
                <w:lang w:val="ru-RU"/>
              </w:rPr>
              <w:br/>
            </w:r>
            <w:proofErr w:type="spellStart"/>
            <w:r w:rsidRPr="001A0587">
              <w:rPr>
                <w:sz w:val="20"/>
                <w:lang w:val="ru-RU"/>
              </w:rPr>
              <w:t>Інна</w:t>
            </w:r>
            <w:proofErr w:type="spellEnd"/>
            <w:r w:rsidRPr="001A0587">
              <w:rPr>
                <w:sz w:val="20"/>
                <w:lang w:val="ru-RU"/>
              </w:rPr>
              <w:t xml:space="preserve"> ОСАДЧА</w:t>
            </w:r>
            <w:r w:rsidRPr="001A0587">
              <w:rPr>
                <w:sz w:val="20"/>
                <w:lang w:val="ru-RU"/>
              </w:rPr>
              <w:br/>
              <w:t xml:space="preserve">Наказ №______ </w:t>
            </w:r>
            <w:proofErr w:type="spellStart"/>
            <w:r w:rsidRPr="001A0587">
              <w:rPr>
                <w:sz w:val="20"/>
                <w:lang w:val="ru-RU"/>
              </w:rPr>
              <w:t>від</w:t>
            </w:r>
            <w:proofErr w:type="spellEnd"/>
            <w:r w:rsidRPr="001A0587">
              <w:rPr>
                <w:sz w:val="20"/>
                <w:lang w:val="ru-RU"/>
              </w:rPr>
              <w:t xml:space="preserve"> _______2026</w:t>
            </w:r>
          </w:p>
        </w:tc>
      </w:tr>
    </w:tbl>
    <w:p w14:paraId="3EBBDAA9" w14:textId="77777777" w:rsidR="00030228" w:rsidRDefault="00030228">
      <w:pPr>
        <w:spacing w:before="480" w:after="360"/>
        <w:jc w:val="center"/>
        <w:rPr>
          <w:b/>
          <w:sz w:val="40"/>
          <w:szCs w:val="36"/>
          <w:lang w:val="ru-RU"/>
        </w:rPr>
      </w:pPr>
    </w:p>
    <w:p w14:paraId="37C7ECDA" w14:textId="77777777" w:rsidR="00030228" w:rsidRDefault="00030228">
      <w:pPr>
        <w:spacing w:before="480" w:after="360"/>
        <w:jc w:val="center"/>
        <w:rPr>
          <w:b/>
          <w:sz w:val="40"/>
          <w:szCs w:val="36"/>
          <w:lang w:val="ru-RU"/>
        </w:rPr>
      </w:pPr>
    </w:p>
    <w:p w14:paraId="34FA0E69" w14:textId="77777777" w:rsidR="00030228" w:rsidRDefault="0006172A">
      <w:pPr>
        <w:spacing w:before="480" w:after="360"/>
        <w:jc w:val="center"/>
        <w:rPr>
          <w:sz w:val="24"/>
          <w:lang w:val="ru-RU"/>
        </w:rPr>
      </w:pPr>
      <w:r w:rsidRPr="00030228">
        <w:rPr>
          <w:b/>
          <w:sz w:val="40"/>
          <w:szCs w:val="36"/>
          <w:lang w:val="ru-RU"/>
        </w:rPr>
        <w:t>КРИТЕРІЇ ОЦІНЮВАННЯ НАВЧАЛЬНИХ ДОСЯГНЕНЬ УЧНІВ</w:t>
      </w:r>
      <w:r w:rsidRPr="00030228">
        <w:rPr>
          <w:b/>
          <w:sz w:val="40"/>
          <w:szCs w:val="36"/>
          <w:lang w:val="ru-RU"/>
        </w:rPr>
        <w:br/>
        <w:t>З ПРАВОЗНАВСТВО</w:t>
      </w:r>
      <w:r w:rsidRPr="001A0587">
        <w:rPr>
          <w:b/>
          <w:sz w:val="26"/>
          <w:lang w:val="ru-RU"/>
        </w:rPr>
        <w:br/>
      </w:r>
    </w:p>
    <w:p w14:paraId="55AEDEA3" w14:textId="77777777" w:rsidR="00030228" w:rsidRDefault="00030228">
      <w:pPr>
        <w:spacing w:before="480" w:after="360"/>
        <w:jc w:val="center"/>
        <w:rPr>
          <w:sz w:val="24"/>
          <w:lang w:val="ru-RU"/>
        </w:rPr>
      </w:pPr>
    </w:p>
    <w:p w14:paraId="1FA5ED8A" w14:textId="309FF5BF" w:rsidR="00B66893" w:rsidRDefault="0006172A">
      <w:pPr>
        <w:spacing w:before="480" w:after="360"/>
        <w:jc w:val="center"/>
        <w:rPr>
          <w:sz w:val="24"/>
          <w:lang w:val="ru-RU"/>
        </w:rPr>
      </w:pPr>
      <w:r w:rsidRPr="001A0587">
        <w:rPr>
          <w:sz w:val="24"/>
          <w:lang w:val="ru-RU"/>
        </w:rPr>
        <w:t xml:space="preserve">5–9 </w:t>
      </w:r>
      <w:proofErr w:type="spellStart"/>
      <w:r w:rsidRPr="001A0587">
        <w:rPr>
          <w:sz w:val="24"/>
          <w:lang w:val="ru-RU"/>
        </w:rPr>
        <w:t>класи</w:t>
      </w:r>
      <w:proofErr w:type="spellEnd"/>
    </w:p>
    <w:p w14:paraId="03A374C3" w14:textId="30C2FE2F" w:rsidR="00030228" w:rsidRDefault="00030228">
      <w:pPr>
        <w:spacing w:before="480" w:after="360"/>
        <w:jc w:val="center"/>
        <w:rPr>
          <w:sz w:val="24"/>
          <w:lang w:val="ru-RU"/>
        </w:rPr>
      </w:pPr>
    </w:p>
    <w:p w14:paraId="38A80BBC" w14:textId="7B9F6C2C" w:rsidR="00030228" w:rsidRDefault="00030228" w:rsidP="00030228">
      <w:pPr>
        <w:spacing w:before="480" w:after="360"/>
        <w:rPr>
          <w:sz w:val="24"/>
          <w:lang w:val="ru-RU"/>
        </w:rPr>
      </w:pPr>
    </w:p>
    <w:p w14:paraId="2E05CE1E" w14:textId="77777777" w:rsidR="00030228" w:rsidRPr="00030228" w:rsidRDefault="00030228" w:rsidP="00030228">
      <w:pPr>
        <w:spacing w:before="480" w:after="360"/>
        <w:rPr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426"/>
        <w:gridCol w:w="2693"/>
        <w:gridCol w:w="2693"/>
        <w:gridCol w:w="2268"/>
        <w:gridCol w:w="2552"/>
        <w:gridCol w:w="2550"/>
      </w:tblGrid>
      <w:tr w:rsidR="00030228" w14:paraId="2D874E5D" w14:textId="77777777" w:rsidTr="00030228">
        <w:trPr>
          <w:tblHeader/>
          <w:jc w:val="center"/>
        </w:trPr>
        <w:tc>
          <w:tcPr>
            <w:tcW w:w="1915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B968B05" w14:textId="77777777" w:rsidR="00B66893" w:rsidRDefault="0006172A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lastRenderedPageBreak/>
              <w:t>Бал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рівень</w:t>
            </w:r>
            <w:proofErr w:type="spellEnd"/>
          </w:p>
        </w:tc>
        <w:tc>
          <w:tcPr>
            <w:tcW w:w="426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9600806" w14:textId="77777777" w:rsidR="00B66893" w:rsidRDefault="00B66893">
            <w:pPr>
              <w:spacing w:before="80" w:after="80"/>
              <w:jc w:val="center"/>
            </w:pPr>
          </w:p>
        </w:tc>
        <w:tc>
          <w:tcPr>
            <w:tcW w:w="2693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420936B" w14:textId="77777777" w:rsidR="00B66893" w:rsidRDefault="0006172A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Когнітивні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процеси</w:t>
            </w:r>
            <w:proofErr w:type="spellEnd"/>
          </w:p>
        </w:tc>
        <w:tc>
          <w:tcPr>
            <w:tcW w:w="2693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0C41D0E" w14:textId="77777777" w:rsidR="00B66893" w:rsidRDefault="0006172A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Навчальна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діяльність</w:t>
            </w:r>
            <w:proofErr w:type="spellEnd"/>
          </w:p>
        </w:tc>
        <w:tc>
          <w:tcPr>
            <w:tcW w:w="2268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E9B69DE" w14:textId="77777777" w:rsidR="00B66893" w:rsidRDefault="0006172A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Самостійність</w:t>
            </w:r>
            <w:proofErr w:type="spellEnd"/>
          </w:p>
        </w:tc>
        <w:tc>
          <w:tcPr>
            <w:tcW w:w="2552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B3943EF" w14:textId="77777777" w:rsidR="00B66893" w:rsidRDefault="0006172A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Комунікація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взаємодія</w:t>
            </w:r>
            <w:proofErr w:type="spellEnd"/>
          </w:p>
        </w:tc>
        <w:tc>
          <w:tcPr>
            <w:tcW w:w="2550" w:type="dxa"/>
            <w:shd w:val="clear" w:color="auto" w:fill="EFEFE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EF0234F" w14:textId="77777777" w:rsidR="00B66893" w:rsidRDefault="0006172A">
            <w:pPr>
              <w:spacing w:before="80" w:after="80"/>
              <w:jc w:val="center"/>
            </w:pPr>
            <w:proofErr w:type="spellStart"/>
            <w:r>
              <w:rPr>
                <w:b/>
                <w:sz w:val="20"/>
              </w:rPr>
              <w:t>Частота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вияву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вмінь</w:t>
            </w:r>
            <w:proofErr w:type="spellEnd"/>
          </w:p>
        </w:tc>
      </w:tr>
      <w:tr w:rsidR="00B66893" w:rsidRPr="001A0587" w14:paraId="05663149" w14:textId="77777777" w:rsidTr="00030228">
        <w:trPr>
          <w:jc w:val="center"/>
        </w:trPr>
        <w:tc>
          <w:tcPr>
            <w:tcW w:w="19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61642" w14:textId="77777777" w:rsidR="00B66893" w:rsidRPr="00030228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 xml:space="preserve">1 – 3/ </w:t>
            </w:r>
            <w:proofErr w:type="spellStart"/>
            <w:r w:rsidRPr="001A0587">
              <w:rPr>
                <w:sz w:val="19"/>
                <w:lang w:val="ru-RU"/>
              </w:rPr>
              <w:t>початковий</w:t>
            </w:r>
            <w:proofErr w:type="spellEnd"/>
            <w:r w:rsidRPr="001A0587">
              <w:rPr>
                <w:sz w:val="19"/>
                <w:lang w:val="ru-RU"/>
              </w:rPr>
              <w:br/>
            </w:r>
            <w:proofErr w:type="spellStart"/>
            <w:r w:rsidRPr="001A0587">
              <w:rPr>
                <w:sz w:val="19"/>
                <w:lang w:val="ru-RU"/>
              </w:rPr>
              <w:t>Елементарне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сприйняття</w:t>
            </w:r>
            <w:proofErr w:type="spellEnd"/>
            <w:r w:rsidRPr="001A0587">
              <w:rPr>
                <w:sz w:val="19"/>
                <w:lang w:val="ru-RU"/>
              </w:rPr>
              <w:t xml:space="preserve"> з </w:t>
            </w:r>
            <w:proofErr w:type="spellStart"/>
            <w:r w:rsidRPr="001A0587">
              <w:rPr>
                <w:sz w:val="19"/>
                <w:lang w:val="ru-RU"/>
              </w:rPr>
              <w:t>постійною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підтримкою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 w:rsidRPr="00030228">
              <w:rPr>
                <w:sz w:val="19"/>
                <w:lang w:val="ru-RU"/>
              </w:rPr>
              <w:t>Підтримка</w:t>
            </w:r>
            <w:proofErr w:type="spellEnd"/>
            <w:r w:rsidRPr="00030228">
              <w:rPr>
                <w:sz w:val="19"/>
                <w:lang w:val="ru-RU"/>
              </w:rPr>
              <w:t xml:space="preserve"> </w:t>
            </w:r>
            <w:proofErr w:type="spellStart"/>
            <w:r w:rsidRPr="00030228">
              <w:rPr>
                <w:sz w:val="19"/>
                <w:lang w:val="ru-RU"/>
              </w:rPr>
              <w:t>вчителя</w:t>
            </w:r>
            <w:proofErr w:type="spellEnd"/>
            <w:r w:rsidRPr="00030228">
              <w:rPr>
                <w:sz w:val="19"/>
                <w:lang w:val="ru-RU"/>
              </w:rPr>
              <w:t>.</w:t>
            </w:r>
          </w:p>
          <w:p w14:paraId="4220BEF6" w14:textId="77777777" w:rsidR="00B66893" w:rsidRPr="00030228" w:rsidRDefault="00B66893">
            <w:pPr>
              <w:spacing w:before="60" w:after="60"/>
              <w:rPr>
                <w:lang w:val="ru-RU"/>
              </w:rPr>
            </w:pPr>
          </w:p>
          <w:p w14:paraId="7D4ACD2A" w14:textId="77777777" w:rsidR="00B66893" w:rsidRPr="00030228" w:rsidRDefault="00B66893">
            <w:pPr>
              <w:spacing w:before="60" w:after="60"/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ADB061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45746" w14:textId="77777777" w:rsidR="00B66893" w:rsidRDefault="0006172A">
            <w:pPr>
              <w:spacing w:before="60" w:after="60"/>
            </w:pPr>
            <w:proofErr w:type="spellStart"/>
            <w:r>
              <w:rPr>
                <w:sz w:val="19"/>
              </w:rPr>
              <w:t>Розпізнає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окремі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базові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юридичні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терміни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закон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право</w:t>
            </w:r>
            <w:proofErr w:type="spellEnd"/>
            <w:r>
              <w:rPr>
                <w:sz w:val="19"/>
              </w:rPr>
              <w:t xml:space="preserve">). </w:t>
            </w:r>
            <w:proofErr w:type="spellStart"/>
            <w:r>
              <w:rPr>
                <w:sz w:val="19"/>
              </w:rPr>
              <w:t>Розуміння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фрагментарне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A4F0B2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лише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окремі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частини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найпростіших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завдань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зразком</w:t>
            </w:r>
            <w:proofErr w:type="spellEnd"/>
            <w:r w:rsidRPr="001A0587">
              <w:rPr>
                <w:sz w:val="19"/>
                <w:lang w:val="ru-RU"/>
              </w:rPr>
              <w:t xml:space="preserve"> (</w:t>
            </w:r>
            <w:proofErr w:type="spellStart"/>
            <w:r w:rsidRPr="001A0587">
              <w:rPr>
                <w:sz w:val="19"/>
                <w:lang w:val="ru-RU"/>
              </w:rPr>
              <w:t>називає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державні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органи</w:t>
            </w:r>
            <w:proofErr w:type="spellEnd"/>
            <w:r w:rsidRPr="001A0587">
              <w:rPr>
                <w:sz w:val="19"/>
                <w:lang w:val="ru-RU"/>
              </w:rPr>
              <w:t xml:space="preserve">).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2B575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Потребує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постійної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допомоги</w:t>
            </w:r>
            <w:proofErr w:type="spellEnd"/>
            <w:r w:rsidRPr="001A0587">
              <w:rPr>
                <w:sz w:val="19"/>
                <w:lang w:val="ru-RU"/>
              </w:rPr>
              <w:t xml:space="preserve"> та контролю </w:t>
            </w:r>
            <w:proofErr w:type="spellStart"/>
            <w:r w:rsidRPr="001A0587">
              <w:rPr>
                <w:sz w:val="19"/>
                <w:lang w:val="ru-RU"/>
              </w:rPr>
              <w:t>вчителя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80659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Майже</w:t>
            </w:r>
            <w:proofErr w:type="spellEnd"/>
            <w:r w:rsidRPr="001A0587">
              <w:rPr>
                <w:sz w:val="19"/>
                <w:lang w:val="ru-RU"/>
              </w:rPr>
              <w:t xml:space="preserve"> не </w:t>
            </w:r>
            <w:proofErr w:type="spellStart"/>
            <w:r w:rsidRPr="001A0587">
              <w:rPr>
                <w:sz w:val="19"/>
                <w:lang w:val="ru-RU"/>
              </w:rPr>
              <w:t>вступає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обговорення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питань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Реагує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після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прямого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спонукання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84AB1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Поодино</w:t>
            </w:r>
            <w:r w:rsidRPr="001A0587">
              <w:rPr>
                <w:sz w:val="19"/>
                <w:lang w:val="ru-RU"/>
              </w:rPr>
              <w:t>кі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випадки</w:t>
            </w:r>
            <w:proofErr w:type="spellEnd"/>
            <w:r w:rsidRPr="001A0587">
              <w:rPr>
                <w:sz w:val="19"/>
                <w:lang w:val="ru-RU"/>
              </w:rPr>
              <w:t xml:space="preserve"> у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0C06C48F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D6DD9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BFDBE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228AF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Розпізнає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частину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елементарних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понять та </w:t>
            </w:r>
            <w:proofErr w:type="spellStart"/>
            <w:r w:rsidRPr="001A0587">
              <w:rPr>
                <w:sz w:val="19"/>
                <w:lang w:val="ru-RU"/>
              </w:rPr>
              <w:t>простих</w:t>
            </w:r>
            <w:proofErr w:type="spellEnd"/>
            <w:r w:rsidRPr="001A0587">
              <w:rPr>
                <w:sz w:val="19"/>
                <w:lang w:val="ru-RU"/>
              </w:rPr>
              <w:t xml:space="preserve"> правил </w:t>
            </w:r>
            <w:proofErr w:type="spellStart"/>
            <w:r w:rsidRPr="001A0587">
              <w:rPr>
                <w:sz w:val="19"/>
                <w:lang w:val="ru-RU"/>
              </w:rPr>
              <w:t>поведінки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Розуміє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окремі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елементи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структури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права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F8011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прості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зразком</w:t>
            </w:r>
            <w:proofErr w:type="spellEnd"/>
            <w:r w:rsidRPr="001A0587">
              <w:rPr>
                <w:sz w:val="19"/>
                <w:lang w:val="ru-RU"/>
              </w:rPr>
              <w:t xml:space="preserve"> з </w:t>
            </w:r>
            <w:proofErr w:type="spellStart"/>
            <w:r w:rsidRPr="001A0587">
              <w:rPr>
                <w:sz w:val="19"/>
                <w:lang w:val="ru-RU"/>
              </w:rPr>
              <w:t>постійними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підказками</w:t>
            </w:r>
            <w:proofErr w:type="spellEnd"/>
            <w:r w:rsidRPr="001A0587">
              <w:rPr>
                <w:sz w:val="19"/>
                <w:lang w:val="ru-RU"/>
              </w:rPr>
              <w:t xml:space="preserve"> (</w:t>
            </w:r>
            <w:proofErr w:type="spellStart"/>
            <w:r w:rsidRPr="001A0587">
              <w:rPr>
                <w:sz w:val="19"/>
                <w:lang w:val="ru-RU"/>
              </w:rPr>
              <w:t>знаходить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статтю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вказівкою</w:t>
            </w:r>
            <w:proofErr w:type="spellEnd"/>
            <w:r w:rsidRPr="001A0587">
              <w:rPr>
                <w:sz w:val="19"/>
                <w:lang w:val="ru-RU"/>
              </w:rPr>
              <w:t xml:space="preserve">).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30D262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Працює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лише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безпосередньої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допомоги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вчителя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03DB03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Відповідає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прості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запитання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допомогою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вчителя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або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текстової</w:t>
            </w:r>
            <w:proofErr w:type="spellEnd"/>
            <w:r w:rsidRPr="001A0587">
              <w:rPr>
                <w:sz w:val="19"/>
                <w:lang w:val="ru-RU"/>
              </w:rPr>
              <w:t xml:space="preserve"> опори.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5BAA9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 xml:space="preserve">Фрагментарно в </w:t>
            </w:r>
            <w:proofErr w:type="spellStart"/>
            <w:r w:rsidRPr="001A0587">
              <w:rPr>
                <w:sz w:val="19"/>
                <w:lang w:val="ru-RU"/>
              </w:rPr>
              <w:t>знайомих</w:t>
            </w:r>
            <w:proofErr w:type="spellEnd"/>
            <w:r w:rsidRPr="001A0587">
              <w:rPr>
                <w:sz w:val="19"/>
                <w:lang w:val="ru-RU"/>
              </w:rPr>
              <w:t xml:space="preserve"> моделях </w:t>
            </w:r>
            <w:proofErr w:type="spellStart"/>
            <w:r w:rsidRPr="001A0587">
              <w:rPr>
                <w:sz w:val="19"/>
                <w:lang w:val="ru-RU"/>
              </w:rPr>
              <w:t>ситуацій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314364CE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F4949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9B5D39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4162B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Розуміє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основне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значення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окремих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норм та </w:t>
            </w:r>
            <w:proofErr w:type="spellStart"/>
            <w:r w:rsidRPr="001A0587">
              <w:rPr>
                <w:sz w:val="19"/>
                <w:lang w:val="ru-RU"/>
              </w:rPr>
              <w:t>найпростіших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державних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символів</w:t>
            </w:r>
            <w:proofErr w:type="spellEnd"/>
            <w:r w:rsidRPr="001A0587">
              <w:rPr>
                <w:sz w:val="19"/>
                <w:lang w:val="ru-RU"/>
              </w:rPr>
              <w:t xml:space="preserve"> з опорою.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E34DE2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Відтворює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прості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положення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зразком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Допускає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численні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F9DE9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Працює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зразком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потребує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частої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допомоги</w:t>
            </w:r>
            <w:proofErr w:type="spellEnd"/>
            <w:r w:rsidRPr="001A0587">
              <w:rPr>
                <w:sz w:val="19"/>
                <w:lang w:val="ru-RU"/>
              </w:rPr>
              <w:t xml:space="preserve"> та контролю.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9C013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Реагує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прості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звернення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щодо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норм, </w:t>
            </w:r>
            <w:proofErr w:type="spellStart"/>
            <w:r w:rsidRPr="001A0587">
              <w:rPr>
                <w:sz w:val="19"/>
                <w:lang w:val="ru-RU"/>
              </w:rPr>
              <w:t>може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дати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коротку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відповідь</w:t>
            </w:r>
            <w:proofErr w:type="spellEnd"/>
            <w:r w:rsidRPr="001A0587">
              <w:rPr>
                <w:sz w:val="19"/>
                <w:lang w:val="ru-RU"/>
              </w:rPr>
              <w:t xml:space="preserve"> за опор</w:t>
            </w:r>
            <w:r w:rsidRPr="001A0587">
              <w:rPr>
                <w:sz w:val="19"/>
                <w:lang w:val="ru-RU"/>
              </w:rPr>
              <w:t>ою.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DA56DD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Зрідка</w:t>
            </w:r>
            <w:proofErr w:type="spellEnd"/>
            <w:r w:rsidRPr="001A0587">
              <w:rPr>
                <w:sz w:val="19"/>
                <w:lang w:val="ru-RU"/>
              </w:rPr>
              <w:t xml:space="preserve"> в добре </w:t>
            </w:r>
            <w:proofErr w:type="spellStart"/>
            <w:r w:rsidRPr="001A0587">
              <w:rPr>
                <w:sz w:val="19"/>
                <w:lang w:val="ru-RU"/>
              </w:rPr>
              <w:t>знайомих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життєвих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30107EE7" w14:textId="77777777" w:rsidTr="00030228">
        <w:trPr>
          <w:jc w:val="center"/>
        </w:trPr>
        <w:tc>
          <w:tcPr>
            <w:tcW w:w="19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7F0AE1" w14:textId="77777777" w:rsidR="00B66893" w:rsidRDefault="0006172A">
            <w:pPr>
              <w:spacing w:before="60" w:after="60"/>
            </w:pPr>
            <w:r w:rsidRPr="001A0587">
              <w:rPr>
                <w:sz w:val="19"/>
                <w:lang w:val="ru-RU"/>
              </w:rPr>
              <w:t xml:space="preserve">4 – 6/ </w:t>
            </w:r>
            <w:proofErr w:type="spellStart"/>
            <w:r w:rsidRPr="001A0587">
              <w:rPr>
                <w:sz w:val="19"/>
                <w:lang w:val="ru-RU"/>
              </w:rPr>
              <w:t>середній</w:t>
            </w:r>
            <w:proofErr w:type="spellEnd"/>
            <w:r w:rsidRPr="001A0587">
              <w:rPr>
                <w:sz w:val="19"/>
                <w:lang w:val="ru-RU"/>
              </w:rPr>
              <w:br/>
            </w:r>
            <w:proofErr w:type="spellStart"/>
            <w:r w:rsidRPr="001A0587">
              <w:rPr>
                <w:sz w:val="19"/>
                <w:lang w:val="ru-RU"/>
              </w:rPr>
              <w:t>Часткове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сприйняття</w:t>
            </w:r>
            <w:proofErr w:type="spellEnd"/>
            <w:r w:rsidRPr="001A0587">
              <w:rPr>
                <w:sz w:val="19"/>
                <w:lang w:val="ru-RU"/>
              </w:rPr>
              <w:t xml:space="preserve"> з </w:t>
            </w:r>
            <w:proofErr w:type="spellStart"/>
            <w:r w:rsidRPr="001A0587">
              <w:rPr>
                <w:sz w:val="19"/>
                <w:lang w:val="ru-RU"/>
              </w:rPr>
              <w:t>періодичною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підтримкою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Учень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відтворює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зразком</w:t>
            </w:r>
            <w:proofErr w:type="spellEnd"/>
            <w:r>
              <w:rPr>
                <w:sz w:val="19"/>
              </w:rPr>
              <w:t>.</w:t>
            </w:r>
          </w:p>
          <w:p w14:paraId="01D11DA1" w14:textId="77777777" w:rsidR="00B66893" w:rsidRDefault="00B66893">
            <w:pPr>
              <w:spacing w:before="60" w:after="60"/>
            </w:pPr>
          </w:p>
          <w:p w14:paraId="4E6A4C55" w14:textId="77777777" w:rsidR="00B66893" w:rsidRDefault="00B66893">
            <w:pPr>
              <w:spacing w:before="60" w:after="60"/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F299C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C3742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Розуміє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основну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інформацію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простих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текстів</w:t>
            </w:r>
            <w:proofErr w:type="spellEnd"/>
            <w:r w:rsidRPr="001A0587">
              <w:rPr>
                <w:sz w:val="19"/>
                <w:lang w:val="ru-RU"/>
              </w:rPr>
              <w:t xml:space="preserve"> (</w:t>
            </w:r>
            <w:proofErr w:type="spellStart"/>
            <w:r w:rsidRPr="001A0587">
              <w:rPr>
                <w:sz w:val="19"/>
                <w:lang w:val="ru-RU"/>
              </w:rPr>
              <w:t>витягів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із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законів</w:t>
            </w:r>
            <w:proofErr w:type="spellEnd"/>
            <w:r w:rsidRPr="001A0587">
              <w:rPr>
                <w:sz w:val="19"/>
                <w:lang w:val="ru-RU"/>
              </w:rPr>
              <w:t xml:space="preserve">) за </w:t>
            </w:r>
            <w:proofErr w:type="spellStart"/>
            <w:r w:rsidRPr="001A0587">
              <w:rPr>
                <w:sz w:val="19"/>
                <w:lang w:val="ru-RU"/>
              </w:rPr>
              <w:t>наявності</w:t>
            </w:r>
            <w:proofErr w:type="spellEnd"/>
            <w:r w:rsidRPr="001A0587">
              <w:rPr>
                <w:sz w:val="19"/>
                <w:lang w:val="ru-RU"/>
              </w:rPr>
              <w:t xml:space="preserve"> опор.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0ED43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типові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правовим</w:t>
            </w:r>
            <w:proofErr w:type="spellEnd"/>
            <w:r w:rsidRPr="001A0587">
              <w:rPr>
                <w:sz w:val="19"/>
                <w:lang w:val="ru-RU"/>
              </w:rPr>
              <w:t xml:space="preserve"> алгоритмом </w:t>
            </w:r>
            <w:proofErr w:type="spellStart"/>
            <w:r w:rsidRPr="001A0587">
              <w:rPr>
                <w:sz w:val="19"/>
                <w:lang w:val="ru-RU"/>
              </w:rPr>
              <w:t>або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зразком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Помилки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інколи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суттєві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B2125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Потребує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зовнішнього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стимулювання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періодичної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допомоги</w:t>
            </w:r>
            <w:proofErr w:type="spellEnd"/>
            <w:r w:rsidRPr="001A0587">
              <w:rPr>
                <w:sz w:val="19"/>
                <w:lang w:val="ru-RU"/>
              </w:rPr>
              <w:t xml:space="preserve"> учителя.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3614E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Вступає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простий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діалог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правову</w:t>
            </w:r>
            <w:proofErr w:type="spellEnd"/>
            <w:r w:rsidRPr="001A0587">
              <w:rPr>
                <w:sz w:val="19"/>
                <w:lang w:val="ru-RU"/>
              </w:rPr>
              <w:t xml:space="preserve"> тематику за </w:t>
            </w:r>
            <w:proofErr w:type="spellStart"/>
            <w:r w:rsidRPr="001A0587">
              <w:rPr>
                <w:sz w:val="19"/>
                <w:lang w:val="ru-RU"/>
              </w:rPr>
              <w:t>ініціативою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інших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Відповідає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коротко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8D783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Епізодично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</w:t>
            </w:r>
            <w:r w:rsidRPr="001A0587">
              <w:rPr>
                <w:sz w:val="19"/>
                <w:lang w:val="ru-RU"/>
              </w:rPr>
              <w:t>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70F401D2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E1343F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DFD92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5BC14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Розуміє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частину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змісту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актів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знаходить</w:t>
            </w:r>
            <w:proofErr w:type="spellEnd"/>
            <w:r w:rsidRPr="001A0587">
              <w:rPr>
                <w:sz w:val="19"/>
                <w:lang w:val="ru-RU"/>
              </w:rPr>
              <w:t xml:space="preserve"> явно </w:t>
            </w:r>
            <w:proofErr w:type="spellStart"/>
            <w:r w:rsidRPr="001A0587">
              <w:rPr>
                <w:sz w:val="19"/>
                <w:lang w:val="ru-RU"/>
              </w:rPr>
              <w:t>подану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інформацію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D36CA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 за алгоритмом. </w:t>
            </w:r>
            <w:proofErr w:type="spellStart"/>
            <w:r w:rsidRPr="001A0587">
              <w:rPr>
                <w:sz w:val="19"/>
                <w:lang w:val="ru-RU"/>
              </w:rPr>
              <w:t>Застосовує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вивчені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поняття</w:t>
            </w:r>
            <w:proofErr w:type="spellEnd"/>
            <w:r w:rsidRPr="001A0587">
              <w:rPr>
                <w:sz w:val="19"/>
                <w:lang w:val="ru-RU"/>
              </w:rPr>
              <w:t xml:space="preserve"> з </w:t>
            </w:r>
            <w:proofErr w:type="spellStart"/>
            <w:r w:rsidRPr="001A0587">
              <w:rPr>
                <w:sz w:val="19"/>
                <w:lang w:val="ru-RU"/>
              </w:rPr>
              <w:t>допомогою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8BAFF5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Працює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частково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самостійно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потребує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допомоги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складніших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етапах</w:t>
            </w:r>
            <w:proofErr w:type="spellEnd"/>
            <w:r w:rsidRPr="001A0587">
              <w:rPr>
                <w:sz w:val="19"/>
                <w:lang w:val="ru-RU"/>
              </w:rPr>
              <w:t xml:space="preserve"> правового </w:t>
            </w:r>
            <w:proofErr w:type="spellStart"/>
            <w:r w:rsidRPr="001A0587">
              <w:rPr>
                <w:sz w:val="19"/>
                <w:lang w:val="ru-RU"/>
              </w:rPr>
              <w:t>анал</w:t>
            </w:r>
            <w:r w:rsidRPr="001A0587">
              <w:rPr>
                <w:sz w:val="19"/>
                <w:lang w:val="ru-RU"/>
              </w:rPr>
              <w:t>ізу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A3C46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Підтримує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простий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діалог</w:t>
            </w:r>
            <w:proofErr w:type="spellEnd"/>
            <w:r w:rsidRPr="001A0587">
              <w:rPr>
                <w:sz w:val="19"/>
                <w:lang w:val="ru-RU"/>
              </w:rPr>
              <w:t xml:space="preserve"> про права та </w:t>
            </w:r>
            <w:proofErr w:type="spellStart"/>
            <w:r w:rsidRPr="001A0587">
              <w:rPr>
                <w:sz w:val="19"/>
                <w:lang w:val="ru-RU"/>
              </w:rPr>
              <w:t>обов'язки</w:t>
            </w:r>
            <w:proofErr w:type="spellEnd"/>
            <w:r w:rsidRPr="001A0587">
              <w:rPr>
                <w:sz w:val="19"/>
                <w:lang w:val="ru-RU"/>
              </w:rPr>
              <w:t xml:space="preserve">, ставить </w:t>
            </w:r>
            <w:proofErr w:type="spellStart"/>
            <w:r w:rsidRPr="001A0587">
              <w:rPr>
                <w:sz w:val="19"/>
                <w:lang w:val="ru-RU"/>
              </w:rPr>
              <w:t>окремі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запитання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6FCFB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Епізодично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переважно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117EDEBF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6D0EB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9BC7C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6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0B737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Розуміє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основний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зміст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нескладних</w:t>
            </w:r>
            <w:proofErr w:type="spellEnd"/>
            <w:r w:rsidRPr="001A0587">
              <w:rPr>
                <w:sz w:val="19"/>
                <w:lang w:val="ru-RU"/>
              </w:rPr>
              <w:t xml:space="preserve"> нормативно-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актів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визначає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ключову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інформацію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018E79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частково-пошукові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 за </w:t>
            </w:r>
            <w:proofErr w:type="spellStart"/>
            <w:r w:rsidRPr="001A0587">
              <w:rPr>
                <w:sz w:val="19"/>
                <w:lang w:val="ru-RU"/>
              </w:rPr>
              <w:t>зразком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 w:rsidRPr="001A0587">
              <w:rPr>
                <w:sz w:val="19"/>
                <w:lang w:val="ru-RU"/>
              </w:rPr>
              <w:t>Застосовує</w:t>
            </w:r>
            <w:proofErr w:type="spellEnd"/>
            <w:r w:rsidRPr="001A0587">
              <w:rPr>
                <w:sz w:val="19"/>
                <w:lang w:val="ru-RU"/>
              </w:rPr>
              <w:t xml:space="preserve"> правила у </w:t>
            </w:r>
            <w:proofErr w:type="spellStart"/>
            <w:r w:rsidRPr="001A0587">
              <w:rPr>
                <w:sz w:val="19"/>
                <w:lang w:val="ru-RU"/>
              </w:rPr>
              <w:t>стандартних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39B76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Працює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переважно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під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керівництвом</w:t>
            </w:r>
            <w:proofErr w:type="spellEnd"/>
            <w:r w:rsidRPr="001A0587">
              <w:rPr>
                <w:sz w:val="19"/>
                <w:lang w:val="ru-RU"/>
              </w:rPr>
              <w:t xml:space="preserve"> учителя, </w:t>
            </w:r>
            <w:proofErr w:type="spellStart"/>
            <w:r w:rsidRPr="001A0587">
              <w:rPr>
                <w:sz w:val="19"/>
                <w:lang w:val="ru-RU"/>
              </w:rPr>
              <w:t>самостійно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 — </w:t>
            </w:r>
            <w:proofErr w:type="spellStart"/>
            <w:r w:rsidRPr="001A0587">
              <w:rPr>
                <w:sz w:val="19"/>
                <w:lang w:val="ru-RU"/>
              </w:rPr>
              <w:t>частково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FE01A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Підтримує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діалог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щодо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правопорушень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реагує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співрозмовника</w:t>
            </w:r>
            <w:proofErr w:type="spellEnd"/>
            <w:r w:rsidRPr="001A0587">
              <w:rPr>
                <w:sz w:val="19"/>
                <w:lang w:val="ru-RU"/>
              </w:rPr>
              <w:t xml:space="preserve">, ставить </w:t>
            </w:r>
            <w:proofErr w:type="spellStart"/>
            <w:r w:rsidRPr="001A0587">
              <w:rPr>
                <w:sz w:val="19"/>
                <w:lang w:val="ru-RU"/>
              </w:rPr>
              <w:t>прості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запитання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4FDF1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Періодично</w:t>
            </w:r>
            <w:proofErr w:type="spellEnd"/>
            <w:r w:rsidRPr="001A0587">
              <w:rPr>
                <w:sz w:val="19"/>
                <w:lang w:val="ru-RU"/>
              </w:rPr>
              <w:t xml:space="preserve"> у </w:t>
            </w:r>
            <w:proofErr w:type="spellStart"/>
            <w:r w:rsidRPr="001A0587">
              <w:rPr>
                <w:sz w:val="19"/>
                <w:lang w:val="ru-RU"/>
              </w:rPr>
              <w:t>знайомих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4626C7F7" w14:textId="77777777" w:rsidTr="00030228">
        <w:trPr>
          <w:jc w:val="center"/>
        </w:trPr>
        <w:tc>
          <w:tcPr>
            <w:tcW w:w="19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3F0D8" w14:textId="77777777" w:rsidR="00B66893" w:rsidRDefault="0006172A">
            <w:pPr>
              <w:spacing w:before="60" w:after="60"/>
            </w:pPr>
            <w:r w:rsidRPr="001A0587">
              <w:rPr>
                <w:sz w:val="19"/>
                <w:lang w:val="ru-RU"/>
              </w:rPr>
              <w:t xml:space="preserve">7 – 9/ </w:t>
            </w:r>
            <w:proofErr w:type="spellStart"/>
            <w:r w:rsidRPr="001A0587">
              <w:rPr>
                <w:sz w:val="19"/>
                <w:lang w:val="ru-RU"/>
              </w:rPr>
              <w:t>достатній</w:t>
            </w:r>
            <w:proofErr w:type="spellEnd"/>
            <w:r w:rsidRPr="001A0587">
              <w:rPr>
                <w:sz w:val="19"/>
                <w:lang w:val="ru-RU"/>
              </w:rPr>
              <w:br/>
            </w:r>
            <w:proofErr w:type="spellStart"/>
            <w:r w:rsidRPr="001A0587">
              <w:rPr>
                <w:sz w:val="19"/>
                <w:lang w:val="ru-RU"/>
              </w:rPr>
              <w:t>Розуміння</w:t>
            </w:r>
            <w:proofErr w:type="spellEnd"/>
            <w:r w:rsidRPr="001A0587">
              <w:rPr>
                <w:sz w:val="19"/>
                <w:lang w:val="ru-RU"/>
              </w:rPr>
              <w:t xml:space="preserve"> з </w:t>
            </w:r>
            <w:proofErr w:type="spellStart"/>
            <w:r w:rsidRPr="001A0587">
              <w:rPr>
                <w:sz w:val="19"/>
                <w:lang w:val="ru-RU"/>
              </w:rPr>
              <w:t>переважно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самостійним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виконанням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Учень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ефективно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використовує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вміння</w:t>
            </w:r>
            <w:proofErr w:type="spellEnd"/>
            <w:r>
              <w:rPr>
                <w:sz w:val="19"/>
              </w:rPr>
              <w:t>.</w:t>
            </w:r>
          </w:p>
          <w:p w14:paraId="22AB75CC" w14:textId="77777777" w:rsidR="00B66893" w:rsidRDefault="00B66893">
            <w:pPr>
              <w:spacing w:before="60" w:after="60"/>
            </w:pPr>
          </w:p>
          <w:p w14:paraId="26D2D918" w14:textId="77777777" w:rsidR="00B66893" w:rsidRDefault="00B66893">
            <w:pPr>
              <w:spacing w:before="60" w:after="60"/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F3A3A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7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961A4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Розуміє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основний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зміст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норм, </w:t>
            </w:r>
            <w:proofErr w:type="spellStart"/>
            <w:r w:rsidRPr="001A0587">
              <w:rPr>
                <w:sz w:val="19"/>
                <w:lang w:val="ru-RU"/>
              </w:rPr>
              <w:t>знаходить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необхідну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інформацію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розрізняє</w:t>
            </w:r>
            <w:proofErr w:type="spellEnd"/>
            <w:r w:rsidRPr="001A0587">
              <w:rPr>
                <w:sz w:val="19"/>
                <w:lang w:val="ru-RU"/>
              </w:rPr>
              <w:t xml:space="preserve"> права та </w:t>
            </w:r>
            <w:proofErr w:type="spellStart"/>
            <w:r w:rsidRPr="001A0587">
              <w:rPr>
                <w:sz w:val="19"/>
                <w:lang w:val="ru-RU"/>
              </w:rPr>
              <w:t>обов'язки</w:t>
            </w:r>
            <w:proofErr w:type="spellEnd"/>
            <w:r w:rsidRPr="001A0587">
              <w:rPr>
                <w:sz w:val="19"/>
                <w:lang w:val="ru-RU"/>
              </w:rPr>
              <w:t xml:space="preserve"> з </w:t>
            </w:r>
            <w:proofErr w:type="spellStart"/>
            <w:r w:rsidRPr="001A0587">
              <w:rPr>
                <w:sz w:val="19"/>
                <w:lang w:val="ru-RU"/>
              </w:rPr>
              <w:t>допомогою</w:t>
            </w:r>
            <w:proofErr w:type="spellEnd"/>
            <w:r w:rsidRPr="001A0587">
              <w:rPr>
                <w:sz w:val="19"/>
                <w:lang w:val="ru-RU"/>
              </w:rPr>
              <w:t xml:space="preserve"> контексту.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3AE9E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типові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окремі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юридично-пошукові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 w:rsidRPr="001A0587">
              <w:rPr>
                <w:sz w:val="19"/>
                <w:lang w:val="ru-RU"/>
              </w:rPr>
              <w:t>Застосовує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знання</w:t>
            </w:r>
            <w:proofErr w:type="spellEnd"/>
            <w:r w:rsidRPr="001A0587">
              <w:rPr>
                <w:sz w:val="19"/>
                <w:lang w:val="ru-RU"/>
              </w:rPr>
              <w:t xml:space="preserve"> у </w:t>
            </w:r>
            <w:proofErr w:type="spellStart"/>
            <w:r w:rsidRPr="001A0587">
              <w:rPr>
                <w:sz w:val="19"/>
                <w:lang w:val="ru-RU"/>
              </w:rPr>
              <w:t>практичних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життєвих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3EAC4E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Переважно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працює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самостійно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потрібна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лише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ситуативна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допомога</w:t>
            </w:r>
            <w:proofErr w:type="spellEnd"/>
            <w:r w:rsidRPr="001A0587">
              <w:rPr>
                <w:sz w:val="19"/>
                <w:lang w:val="ru-RU"/>
              </w:rPr>
              <w:t xml:space="preserve"> при </w:t>
            </w:r>
            <w:proofErr w:type="spellStart"/>
            <w:r w:rsidRPr="001A0587">
              <w:rPr>
                <w:sz w:val="19"/>
                <w:lang w:val="ru-RU"/>
              </w:rPr>
              <w:t>юридичній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кваліфікації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4FC10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Бере</w:t>
            </w:r>
            <w:proofErr w:type="spellEnd"/>
            <w:r w:rsidRPr="001A0587">
              <w:rPr>
                <w:sz w:val="19"/>
                <w:lang w:val="ru-RU"/>
              </w:rPr>
              <w:t xml:space="preserve"> участь у правовому </w:t>
            </w:r>
            <w:proofErr w:type="spellStart"/>
            <w:r w:rsidRPr="001A0587">
              <w:rPr>
                <w:sz w:val="19"/>
                <w:lang w:val="ru-RU"/>
              </w:rPr>
              <w:t>захісті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своєї</w:t>
            </w:r>
            <w:proofErr w:type="spellEnd"/>
            <w:r w:rsidRPr="001A0587">
              <w:rPr>
                <w:sz w:val="19"/>
                <w:lang w:val="ru-RU"/>
              </w:rPr>
              <w:t xml:space="preserve"> думки, </w:t>
            </w:r>
            <w:proofErr w:type="spellStart"/>
            <w:r w:rsidRPr="001A0587">
              <w:rPr>
                <w:sz w:val="19"/>
                <w:lang w:val="ru-RU"/>
              </w:rPr>
              <w:t>висловлює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просту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позицію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підтримує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спілкування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26AF7A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20B2F450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D23741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EA15E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8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14414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Розуміє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зміст</w:t>
            </w:r>
            <w:proofErr w:type="spellEnd"/>
            <w:r w:rsidRPr="001A0587">
              <w:rPr>
                <w:sz w:val="19"/>
                <w:lang w:val="ru-RU"/>
              </w:rPr>
              <w:t xml:space="preserve"> і </w:t>
            </w:r>
            <w:proofErr w:type="spellStart"/>
            <w:r w:rsidRPr="001A0587">
              <w:rPr>
                <w:sz w:val="19"/>
                <w:lang w:val="ru-RU"/>
              </w:rPr>
              <w:t>суттєві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деталі</w:t>
            </w:r>
            <w:proofErr w:type="spellEnd"/>
            <w:r w:rsidRPr="001A0587">
              <w:rPr>
                <w:sz w:val="19"/>
                <w:lang w:val="ru-RU"/>
              </w:rPr>
              <w:t xml:space="preserve"> нормативно-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документів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Порівнює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різні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види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правопорушень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D7E32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пошукові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 з нормативною базою. </w:t>
            </w:r>
            <w:proofErr w:type="spellStart"/>
            <w:r w:rsidRPr="001A0587">
              <w:rPr>
                <w:sz w:val="19"/>
                <w:lang w:val="ru-RU"/>
              </w:rPr>
              <w:t>Добира</w:t>
            </w:r>
            <w:r w:rsidRPr="001A0587">
              <w:rPr>
                <w:sz w:val="19"/>
                <w:lang w:val="ru-RU"/>
              </w:rPr>
              <w:t>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аргументи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відповідно</w:t>
            </w:r>
            <w:proofErr w:type="spellEnd"/>
            <w:r w:rsidRPr="001A0587">
              <w:rPr>
                <w:sz w:val="19"/>
                <w:lang w:val="ru-RU"/>
              </w:rPr>
              <w:t xml:space="preserve"> до </w:t>
            </w:r>
            <w:proofErr w:type="spellStart"/>
            <w:r w:rsidRPr="001A0587">
              <w:rPr>
                <w:sz w:val="19"/>
                <w:lang w:val="ru-RU"/>
              </w:rPr>
              <w:t>ситуації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F1037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Самостійно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більшість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завдань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звертається</w:t>
            </w:r>
            <w:proofErr w:type="spellEnd"/>
            <w:r w:rsidRPr="001A0587">
              <w:rPr>
                <w:sz w:val="19"/>
                <w:lang w:val="ru-RU"/>
              </w:rPr>
              <w:t xml:space="preserve"> по </w:t>
            </w:r>
            <w:proofErr w:type="spellStart"/>
            <w:r w:rsidRPr="001A0587">
              <w:rPr>
                <w:sz w:val="19"/>
                <w:lang w:val="ru-RU"/>
              </w:rPr>
              <w:t>правову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допомогу</w:t>
            </w:r>
            <w:proofErr w:type="spellEnd"/>
            <w:r w:rsidRPr="001A0587">
              <w:rPr>
                <w:sz w:val="19"/>
                <w:lang w:val="ru-RU"/>
              </w:rPr>
              <w:t xml:space="preserve"> за потреби.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DF5D6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Підтримує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ініціює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комунікацію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щодо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юридичних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соціальних</w:t>
            </w:r>
            <w:proofErr w:type="spellEnd"/>
            <w:r w:rsidRPr="001A0587">
              <w:rPr>
                <w:sz w:val="19"/>
                <w:lang w:val="ru-RU"/>
              </w:rPr>
              <w:t xml:space="preserve"> норм, </w:t>
            </w:r>
            <w:proofErr w:type="spellStart"/>
            <w:r w:rsidRPr="001A0587">
              <w:rPr>
                <w:sz w:val="19"/>
                <w:lang w:val="ru-RU"/>
              </w:rPr>
              <w:t>реагує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співрозмовника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CBCC7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більшості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нов</w:t>
            </w:r>
            <w:r w:rsidRPr="001A0587">
              <w:rPr>
                <w:sz w:val="19"/>
                <w:lang w:val="ru-RU"/>
              </w:rPr>
              <w:t>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ситуацій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70E5C217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37416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92D5B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9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DF332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Аналізує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інформацію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визначає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основну</w:t>
            </w:r>
            <w:proofErr w:type="spellEnd"/>
            <w:r w:rsidRPr="001A0587">
              <w:rPr>
                <w:sz w:val="19"/>
                <w:lang w:val="ru-RU"/>
              </w:rPr>
              <w:t xml:space="preserve"> думку закону, </w:t>
            </w:r>
            <w:proofErr w:type="spellStart"/>
            <w:r w:rsidRPr="001A0587">
              <w:rPr>
                <w:sz w:val="19"/>
                <w:lang w:val="ru-RU"/>
              </w:rPr>
              <w:t>встановлює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зв'язки</w:t>
            </w:r>
            <w:proofErr w:type="spellEnd"/>
            <w:r w:rsidRPr="001A0587">
              <w:rPr>
                <w:sz w:val="19"/>
                <w:lang w:val="ru-RU"/>
              </w:rPr>
              <w:t xml:space="preserve">, робить </w:t>
            </w:r>
            <w:proofErr w:type="spellStart"/>
            <w:r w:rsidRPr="001A0587">
              <w:rPr>
                <w:sz w:val="19"/>
                <w:lang w:val="ru-RU"/>
              </w:rPr>
              <w:t>висновки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797CF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типові</w:t>
            </w:r>
            <w:proofErr w:type="spellEnd"/>
            <w:r w:rsidRPr="001A0587">
              <w:rPr>
                <w:sz w:val="19"/>
                <w:lang w:val="ru-RU"/>
              </w:rPr>
              <w:t xml:space="preserve"> і </w:t>
            </w:r>
            <w:proofErr w:type="spellStart"/>
            <w:r w:rsidRPr="001A0587">
              <w:rPr>
                <w:sz w:val="19"/>
                <w:lang w:val="ru-RU"/>
              </w:rPr>
              <w:t>частково-пошукові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самостійно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обирає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спосіб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вирішення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юридичного</w:t>
            </w:r>
            <w:proofErr w:type="spellEnd"/>
            <w:r w:rsidRPr="001A0587">
              <w:rPr>
                <w:sz w:val="19"/>
                <w:lang w:val="ru-RU"/>
              </w:rPr>
              <w:t xml:space="preserve"> кейсу.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7C773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Працює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самостійно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ефективно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використовує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кодекси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ресурси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аналізує</w:t>
            </w:r>
            <w:proofErr w:type="spellEnd"/>
            <w:r w:rsidRPr="001A0587">
              <w:rPr>
                <w:sz w:val="19"/>
                <w:lang w:val="ru-RU"/>
              </w:rPr>
              <w:t xml:space="preserve"> результат.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1B6C27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Вільно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бере</w:t>
            </w:r>
            <w:proofErr w:type="spellEnd"/>
            <w:r w:rsidRPr="001A0587">
              <w:rPr>
                <w:sz w:val="19"/>
                <w:lang w:val="ru-RU"/>
              </w:rPr>
              <w:t xml:space="preserve"> участь у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дискусіях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аргументує</w:t>
            </w:r>
            <w:proofErr w:type="spellEnd"/>
            <w:r w:rsidRPr="001A0587">
              <w:rPr>
                <w:sz w:val="19"/>
                <w:lang w:val="ru-RU"/>
              </w:rPr>
              <w:t xml:space="preserve"> думку нормами права, </w:t>
            </w:r>
            <w:proofErr w:type="spellStart"/>
            <w:r w:rsidRPr="001A0587">
              <w:rPr>
                <w:sz w:val="19"/>
                <w:lang w:val="ru-RU"/>
              </w:rPr>
              <w:t>реагує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позицію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інших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110B27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Стабільно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і </w:t>
            </w:r>
            <w:proofErr w:type="spellStart"/>
            <w:r w:rsidRPr="001A0587">
              <w:rPr>
                <w:sz w:val="19"/>
                <w:lang w:val="ru-RU"/>
              </w:rPr>
              <w:t>більшості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нетипових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ситуацій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5382DBA7" w14:textId="77777777" w:rsidTr="00030228">
        <w:trPr>
          <w:jc w:val="center"/>
        </w:trPr>
        <w:tc>
          <w:tcPr>
            <w:tcW w:w="19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3CDEA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 xml:space="preserve">10 – 12/ </w:t>
            </w:r>
            <w:proofErr w:type="spellStart"/>
            <w:r w:rsidRPr="001A0587">
              <w:rPr>
                <w:sz w:val="19"/>
                <w:lang w:val="ru-RU"/>
              </w:rPr>
              <w:t>високий</w:t>
            </w:r>
            <w:proofErr w:type="spellEnd"/>
            <w:r w:rsidRPr="001A0587">
              <w:rPr>
                <w:sz w:val="19"/>
                <w:lang w:val="ru-RU"/>
              </w:rPr>
              <w:br/>
            </w:r>
            <w:proofErr w:type="spellStart"/>
            <w:r w:rsidRPr="001A0587">
              <w:rPr>
                <w:sz w:val="19"/>
                <w:lang w:val="ru-RU"/>
              </w:rPr>
              <w:t>Глиб</w:t>
            </w:r>
            <w:r w:rsidRPr="001A0587">
              <w:rPr>
                <w:sz w:val="19"/>
                <w:lang w:val="ru-RU"/>
              </w:rPr>
              <w:t>оке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розуміння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повна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самостійність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 w:rsidRPr="001A0587">
              <w:rPr>
                <w:sz w:val="19"/>
                <w:lang w:val="ru-RU"/>
              </w:rPr>
              <w:t>Учень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творчо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застосовує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вміння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різних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  <w:p w14:paraId="5F0F50AA" w14:textId="77777777" w:rsidR="00B66893" w:rsidRPr="001A0587" w:rsidRDefault="00B66893">
            <w:pPr>
              <w:spacing w:before="60" w:after="60"/>
              <w:rPr>
                <w:lang w:val="ru-RU"/>
              </w:rPr>
            </w:pPr>
          </w:p>
          <w:p w14:paraId="69966E9C" w14:textId="77777777" w:rsidR="00B66893" w:rsidRPr="001A0587" w:rsidRDefault="00B66893">
            <w:pPr>
              <w:spacing w:before="60" w:after="60"/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E433E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10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0682EE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Узагальнює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інформацію</w:t>
            </w:r>
            <w:proofErr w:type="spellEnd"/>
            <w:r w:rsidRPr="001A0587">
              <w:rPr>
                <w:sz w:val="19"/>
                <w:lang w:val="ru-RU"/>
              </w:rPr>
              <w:t xml:space="preserve"> з </w:t>
            </w:r>
            <w:proofErr w:type="spellStart"/>
            <w:r w:rsidRPr="001A0587">
              <w:rPr>
                <w:sz w:val="19"/>
                <w:lang w:val="ru-RU"/>
              </w:rPr>
              <w:t>різних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джерел</w:t>
            </w:r>
            <w:proofErr w:type="spellEnd"/>
            <w:r w:rsidRPr="001A0587">
              <w:rPr>
                <w:sz w:val="19"/>
                <w:lang w:val="ru-RU"/>
              </w:rPr>
              <w:t xml:space="preserve"> (</w:t>
            </w:r>
            <w:proofErr w:type="spellStart"/>
            <w:r w:rsidRPr="001A0587">
              <w:rPr>
                <w:sz w:val="19"/>
                <w:lang w:val="ru-RU"/>
              </w:rPr>
              <w:t>Конституція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кодекси</w:t>
            </w:r>
            <w:proofErr w:type="spellEnd"/>
            <w:r w:rsidRPr="001A0587">
              <w:rPr>
                <w:sz w:val="19"/>
                <w:lang w:val="ru-RU"/>
              </w:rPr>
              <w:t xml:space="preserve">), </w:t>
            </w:r>
            <w:proofErr w:type="spellStart"/>
            <w:r w:rsidRPr="001A0587">
              <w:rPr>
                <w:sz w:val="19"/>
                <w:lang w:val="ru-RU"/>
              </w:rPr>
              <w:t>встановлює</w:t>
            </w:r>
            <w:proofErr w:type="spellEnd"/>
            <w:r w:rsidRPr="001A0587">
              <w:rPr>
                <w:sz w:val="19"/>
                <w:lang w:val="ru-RU"/>
              </w:rPr>
              <w:t xml:space="preserve"> причинно-</w:t>
            </w:r>
            <w:proofErr w:type="spellStart"/>
            <w:r w:rsidRPr="001A0587">
              <w:rPr>
                <w:sz w:val="19"/>
                <w:lang w:val="ru-RU"/>
              </w:rPr>
              <w:t>наслідкові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зв'язки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правопорушень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9C366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дослідницькі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творчі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 (</w:t>
            </w:r>
            <w:proofErr w:type="spellStart"/>
            <w:r w:rsidRPr="001A0587">
              <w:rPr>
                <w:sz w:val="19"/>
                <w:lang w:val="ru-RU"/>
              </w:rPr>
              <w:t>моделювання</w:t>
            </w:r>
            <w:proofErr w:type="spellEnd"/>
            <w:r w:rsidRPr="001A0587">
              <w:rPr>
                <w:sz w:val="19"/>
                <w:lang w:val="ru-RU"/>
              </w:rPr>
              <w:t xml:space="preserve"> судового </w:t>
            </w:r>
            <w:proofErr w:type="spellStart"/>
            <w:r w:rsidRPr="001A0587">
              <w:rPr>
                <w:sz w:val="19"/>
                <w:lang w:val="ru-RU"/>
              </w:rPr>
              <w:t>процесу</w:t>
            </w:r>
            <w:proofErr w:type="spellEnd"/>
            <w:r w:rsidRPr="001A0587">
              <w:rPr>
                <w:sz w:val="19"/>
                <w:lang w:val="ru-RU"/>
              </w:rPr>
              <w:t xml:space="preserve">). </w:t>
            </w:r>
            <w:proofErr w:type="spellStart"/>
            <w:r>
              <w:rPr>
                <w:sz w:val="19"/>
              </w:rPr>
              <w:t>Добирає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юридичні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засоби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9D8DA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Планує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дії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щодо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розв'язання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спорів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аналізує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власні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результати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виправляє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помилки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0F0E6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Ініціює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комунікацію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висловлює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обґрунтовує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громадянську</w:t>
            </w:r>
            <w:proofErr w:type="spellEnd"/>
            <w:r w:rsidRPr="001A0587">
              <w:rPr>
                <w:sz w:val="19"/>
                <w:lang w:val="ru-RU"/>
              </w:rPr>
              <w:t xml:space="preserve"> й </w:t>
            </w:r>
            <w:proofErr w:type="spellStart"/>
            <w:r w:rsidRPr="001A0587">
              <w:rPr>
                <w:sz w:val="19"/>
                <w:lang w:val="ru-RU"/>
              </w:rPr>
              <w:t>юридичну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позицію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D668E5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>С</w:t>
            </w:r>
            <w:r w:rsidRPr="001A0587">
              <w:rPr>
                <w:sz w:val="19"/>
                <w:lang w:val="ru-RU"/>
              </w:rPr>
              <w:t xml:space="preserve">истемно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і </w:t>
            </w:r>
            <w:proofErr w:type="spellStart"/>
            <w:r w:rsidRPr="001A0587">
              <w:rPr>
                <w:sz w:val="19"/>
                <w:lang w:val="ru-RU"/>
              </w:rPr>
              <w:t>нетипових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38509BBD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173ED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93845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11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07B7E" w14:textId="77777777" w:rsidR="00B66893" w:rsidRDefault="0006172A">
            <w:pPr>
              <w:spacing w:before="60" w:after="60"/>
            </w:pPr>
            <w:proofErr w:type="spellStart"/>
            <w:r>
              <w:rPr>
                <w:sz w:val="19"/>
              </w:rPr>
              <w:t>Аналізує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оцінює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правову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інформацію</w:t>
            </w:r>
            <w:proofErr w:type="spellEnd"/>
            <w:r>
              <w:rPr>
                <w:sz w:val="19"/>
              </w:rPr>
              <w:t xml:space="preserve"> з </w:t>
            </w:r>
            <w:proofErr w:type="spellStart"/>
            <w:r>
              <w:rPr>
                <w:sz w:val="19"/>
              </w:rPr>
              <w:t>різних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юридичних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джерел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критеріями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формулює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обґрунтовані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висновки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E751B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творчі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дослідницькі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пропонує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кілька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способів</w:t>
            </w:r>
            <w:proofErr w:type="spellEnd"/>
            <w:r w:rsidRPr="001A0587">
              <w:rPr>
                <w:sz w:val="19"/>
                <w:lang w:val="ru-RU"/>
              </w:rPr>
              <w:t xml:space="preserve"> законного </w:t>
            </w:r>
            <w:proofErr w:type="spellStart"/>
            <w:r w:rsidRPr="001A0587">
              <w:rPr>
                <w:sz w:val="19"/>
                <w:lang w:val="ru-RU"/>
              </w:rPr>
              <w:t>вирішення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конф</w:t>
            </w:r>
            <w:r w:rsidRPr="001A0587">
              <w:rPr>
                <w:sz w:val="19"/>
                <w:lang w:val="ru-RU"/>
              </w:rPr>
              <w:t>лікту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F48AD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Планує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організовує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правознавчу</w:t>
            </w:r>
            <w:proofErr w:type="spellEnd"/>
            <w:r w:rsidRPr="001A0587">
              <w:rPr>
                <w:sz w:val="19"/>
                <w:lang w:val="ru-RU"/>
              </w:rPr>
              <w:t xml:space="preserve"> роботу, </w:t>
            </w:r>
            <w:proofErr w:type="spellStart"/>
            <w:r w:rsidRPr="001A0587">
              <w:rPr>
                <w:sz w:val="19"/>
                <w:lang w:val="ru-RU"/>
              </w:rPr>
              <w:t>оцінює</w:t>
            </w:r>
            <w:proofErr w:type="spellEnd"/>
            <w:r w:rsidRPr="001A0587">
              <w:rPr>
                <w:sz w:val="19"/>
                <w:lang w:val="ru-RU"/>
              </w:rPr>
              <w:t xml:space="preserve"> результат, </w:t>
            </w:r>
            <w:proofErr w:type="spellStart"/>
            <w:r w:rsidRPr="001A0587">
              <w:rPr>
                <w:sz w:val="19"/>
                <w:lang w:val="ru-RU"/>
              </w:rPr>
              <w:t>працює</w:t>
            </w:r>
            <w:proofErr w:type="spellEnd"/>
            <w:r w:rsidRPr="001A0587">
              <w:rPr>
                <w:sz w:val="19"/>
                <w:lang w:val="ru-RU"/>
              </w:rPr>
              <w:t xml:space="preserve"> над </w:t>
            </w:r>
            <w:proofErr w:type="spellStart"/>
            <w:r w:rsidRPr="001A0587">
              <w:rPr>
                <w:sz w:val="19"/>
                <w:lang w:val="ru-RU"/>
              </w:rPr>
              <w:t>удосконаленням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умінь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3F3B5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 xml:space="preserve">Активно </w:t>
            </w:r>
            <w:proofErr w:type="spellStart"/>
            <w:r w:rsidRPr="001A0587">
              <w:rPr>
                <w:sz w:val="19"/>
                <w:lang w:val="ru-RU"/>
              </w:rPr>
              <w:t>ініціює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підтримує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спілкування</w:t>
            </w:r>
            <w:proofErr w:type="spellEnd"/>
            <w:r w:rsidRPr="001A0587">
              <w:rPr>
                <w:sz w:val="19"/>
                <w:lang w:val="ru-RU"/>
              </w:rPr>
              <w:t xml:space="preserve"> на </w:t>
            </w:r>
            <w:proofErr w:type="spellStart"/>
            <w:r w:rsidRPr="001A0587">
              <w:rPr>
                <w:sz w:val="19"/>
                <w:lang w:val="ru-RU"/>
              </w:rPr>
              <w:t>правові</w:t>
            </w:r>
            <w:proofErr w:type="spellEnd"/>
            <w:r w:rsidRPr="001A0587">
              <w:rPr>
                <w:sz w:val="19"/>
                <w:lang w:val="ru-RU"/>
              </w:rPr>
              <w:t xml:space="preserve"> теми, </w:t>
            </w:r>
            <w:proofErr w:type="spellStart"/>
            <w:r w:rsidRPr="001A0587">
              <w:rPr>
                <w:sz w:val="19"/>
                <w:lang w:val="ru-RU"/>
              </w:rPr>
              <w:t>розвиває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юридичні</w:t>
            </w:r>
            <w:proofErr w:type="spellEnd"/>
            <w:r w:rsidRPr="001A0587">
              <w:rPr>
                <w:sz w:val="19"/>
                <w:lang w:val="ru-RU"/>
              </w:rPr>
              <w:t xml:space="preserve"> думки </w:t>
            </w:r>
            <w:proofErr w:type="spellStart"/>
            <w:r w:rsidRPr="001A0587">
              <w:rPr>
                <w:sz w:val="19"/>
                <w:lang w:val="ru-RU"/>
              </w:rPr>
              <w:t>співрозмовника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D93EF1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нетипових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і </w:t>
            </w:r>
            <w:proofErr w:type="spellStart"/>
            <w:r w:rsidRPr="001A0587">
              <w:rPr>
                <w:sz w:val="19"/>
                <w:lang w:val="ru-RU"/>
              </w:rPr>
              <w:t>нових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</w:t>
            </w:r>
            <w:r w:rsidRPr="001A0587">
              <w:rPr>
                <w:sz w:val="19"/>
                <w:lang w:val="ru-RU"/>
              </w:rPr>
              <w:t>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  <w:tr w:rsidR="00B66893" w:rsidRPr="001A0587" w14:paraId="07D263CF" w14:textId="77777777" w:rsidTr="00030228">
        <w:trPr>
          <w:jc w:val="center"/>
        </w:trPr>
        <w:tc>
          <w:tcPr>
            <w:tcW w:w="19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362A0" w14:textId="77777777" w:rsidR="00B66893" w:rsidRPr="001A0587" w:rsidRDefault="00B66893">
            <w:pPr>
              <w:rPr>
                <w:lang w:val="ru-RU"/>
              </w:rPr>
            </w:pPr>
          </w:p>
        </w:tc>
        <w:tc>
          <w:tcPr>
            <w:tcW w:w="4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B5A1B" w14:textId="77777777" w:rsidR="00B66893" w:rsidRDefault="0006172A">
            <w:pPr>
              <w:spacing w:before="60" w:after="60"/>
              <w:jc w:val="center"/>
            </w:pPr>
            <w:r>
              <w:rPr>
                <w:b/>
                <w:sz w:val="19"/>
              </w:rPr>
              <w:t>12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CB0AD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 xml:space="preserve">Критично </w:t>
            </w:r>
            <w:proofErr w:type="spellStart"/>
            <w:r w:rsidRPr="001A0587">
              <w:rPr>
                <w:sz w:val="19"/>
                <w:lang w:val="ru-RU"/>
              </w:rPr>
              <w:t>оцінює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інтегрує</w:t>
            </w:r>
            <w:proofErr w:type="spellEnd"/>
            <w:r w:rsidRPr="001A0587">
              <w:rPr>
                <w:sz w:val="19"/>
                <w:lang w:val="ru-RU"/>
              </w:rPr>
              <w:t xml:space="preserve"> й </w:t>
            </w:r>
            <w:proofErr w:type="spellStart"/>
            <w:r w:rsidRPr="001A0587">
              <w:rPr>
                <w:sz w:val="19"/>
                <w:lang w:val="ru-RU"/>
              </w:rPr>
              <w:t>узагальнює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інформацію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використовує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закони</w:t>
            </w:r>
            <w:proofErr w:type="spellEnd"/>
            <w:r w:rsidRPr="001A0587">
              <w:rPr>
                <w:sz w:val="19"/>
                <w:lang w:val="ru-RU"/>
              </w:rPr>
              <w:t xml:space="preserve"> для </w:t>
            </w:r>
            <w:proofErr w:type="spellStart"/>
            <w:r w:rsidRPr="001A0587">
              <w:rPr>
                <w:sz w:val="19"/>
                <w:lang w:val="ru-RU"/>
              </w:rPr>
              <w:t>розв'язання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нестандартних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юридичних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кейсів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2A1DC" w14:textId="77777777" w:rsidR="00B66893" w:rsidRDefault="0006172A">
            <w:pPr>
              <w:spacing w:before="60" w:after="60"/>
            </w:pPr>
            <w:proofErr w:type="spellStart"/>
            <w:r w:rsidRPr="001A0587">
              <w:rPr>
                <w:sz w:val="19"/>
                <w:lang w:val="ru-RU"/>
              </w:rPr>
              <w:t>Виконує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складні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дослідження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творчі</w:t>
            </w:r>
            <w:proofErr w:type="spellEnd"/>
            <w:r w:rsidRPr="001A0587">
              <w:rPr>
                <w:sz w:val="19"/>
                <w:lang w:val="ru-RU"/>
              </w:rPr>
              <w:t xml:space="preserve"> та </w:t>
            </w:r>
            <w:proofErr w:type="spellStart"/>
            <w:r w:rsidRPr="001A0587">
              <w:rPr>
                <w:sz w:val="19"/>
                <w:lang w:val="ru-RU"/>
              </w:rPr>
              <w:t>проблемні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завдання</w:t>
            </w:r>
            <w:proofErr w:type="spellEnd"/>
            <w:r w:rsidRPr="001A0587">
              <w:rPr>
                <w:sz w:val="19"/>
                <w:lang w:val="ru-RU"/>
              </w:rPr>
              <w:t xml:space="preserve">. </w:t>
            </w:r>
            <w:proofErr w:type="spellStart"/>
            <w:r>
              <w:rPr>
                <w:sz w:val="19"/>
              </w:rPr>
              <w:t>Самостійно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обирає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стратегії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захисту</w:t>
            </w:r>
            <w:proofErr w:type="spellEnd"/>
            <w:r>
              <w:rPr>
                <w:sz w:val="19"/>
              </w:rPr>
              <w:t xml:space="preserve"> прав.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83390" w14:textId="77777777" w:rsidR="00B66893" w:rsidRDefault="0006172A">
            <w:pPr>
              <w:spacing w:before="60" w:after="60"/>
            </w:pPr>
            <w:r>
              <w:rPr>
                <w:sz w:val="19"/>
              </w:rPr>
              <w:t>Повністю самостійно планує, виконує та оцінює правову роботу, прогнозує юридичні наслідки рішень.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9EEF76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proofErr w:type="spellStart"/>
            <w:r w:rsidRPr="001A0587">
              <w:rPr>
                <w:sz w:val="19"/>
                <w:lang w:val="ru-RU"/>
              </w:rPr>
              <w:t>Вільно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використовує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правову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термінологію</w:t>
            </w:r>
            <w:proofErr w:type="spellEnd"/>
            <w:r w:rsidRPr="001A0587">
              <w:rPr>
                <w:sz w:val="19"/>
                <w:lang w:val="ru-RU"/>
              </w:rPr>
              <w:t xml:space="preserve"> в </w:t>
            </w:r>
            <w:proofErr w:type="spellStart"/>
            <w:r w:rsidRPr="001A0587">
              <w:rPr>
                <w:sz w:val="19"/>
                <w:lang w:val="ru-RU"/>
              </w:rPr>
              <w:t>різних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організовує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взаємодію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аргументує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позицію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534AB" w14:textId="77777777" w:rsidR="00B66893" w:rsidRPr="001A0587" w:rsidRDefault="0006172A">
            <w:pPr>
              <w:spacing w:before="60" w:after="60"/>
              <w:rPr>
                <w:lang w:val="ru-RU"/>
              </w:rPr>
            </w:pPr>
            <w:r w:rsidRPr="001A0587">
              <w:rPr>
                <w:sz w:val="19"/>
                <w:lang w:val="ru-RU"/>
              </w:rPr>
              <w:t xml:space="preserve">Системно в </w:t>
            </w:r>
            <w:proofErr w:type="spellStart"/>
            <w:r w:rsidRPr="001A0587">
              <w:rPr>
                <w:sz w:val="19"/>
                <w:lang w:val="ru-RU"/>
              </w:rPr>
              <w:t>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, </w:t>
            </w:r>
            <w:proofErr w:type="spellStart"/>
            <w:r w:rsidRPr="001A0587">
              <w:rPr>
                <w:sz w:val="19"/>
                <w:lang w:val="ru-RU"/>
              </w:rPr>
              <w:t>нетипових</w:t>
            </w:r>
            <w:proofErr w:type="spellEnd"/>
            <w:r w:rsidRPr="001A0587">
              <w:rPr>
                <w:sz w:val="19"/>
                <w:lang w:val="ru-RU"/>
              </w:rPr>
              <w:t xml:space="preserve"> і </w:t>
            </w:r>
            <w:proofErr w:type="spellStart"/>
            <w:r w:rsidRPr="001A0587">
              <w:rPr>
                <w:sz w:val="19"/>
                <w:lang w:val="ru-RU"/>
              </w:rPr>
              <w:t>нестандартних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правових</w:t>
            </w:r>
            <w:proofErr w:type="spellEnd"/>
            <w:r w:rsidRPr="001A0587">
              <w:rPr>
                <w:sz w:val="19"/>
                <w:lang w:val="ru-RU"/>
              </w:rPr>
              <w:t xml:space="preserve"> </w:t>
            </w:r>
            <w:proofErr w:type="spellStart"/>
            <w:r w:rsidRPr="001A0587">
              <w:rPr>
                <w:sz w:val="19"/>
                <w:lang w:val="ru-RU"/>
              </w:rPr>
              <w:t>ситуаціях</w:t>
            </w:r>
            <w:proofErr w:type="spellEnd"/>
            <w:r w:rsidRPr="001A0587">
              <w:rPr>
                <w:sz w:val="19"/>
                <w:lang w:val="ru-RU"/>
              </w:rPr>
              <w:t>.</w:t>
            </w:r>
          </w:p>
        </w:tc>
      </w:tr>
    </w:tbl>
    <w:p w14:paraId="2D4BADF4" w14:textId="77777777" w:rsidR="0006172A" w:rsidRPr="001A0587" w:rsidRDefault="0006172A">
      <w:pPr>
        <w:rPr>
          <w:lang w:val="ru-RU"/>
        </w:rPr>
      </w:pPr>
    </w:p>
    <w:sectPr w:rsidR="0006172A" w:rsidRPr="001A0587" w:rsidSect="001A0587">
      <w:pgSz w:w="15840" w:h="12240" w:orient="landscape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228"/>
    <w:rsid w:val="00034616"/>
    <w:rsid w:val="0006063C"/>
    <w:rsid w:val="0006172A"/>
    <w:rsid w:val="0015074B"/>
    <w:rsid w:val="001A0587"/>
    <w:rsid w:val="0029639D"/>
    <w:rsid w:val="00326F90"/>
    <w:rsid w:val="00AA1D8D"/>
    <w:rsid w:val="00B47730"/>
    <w:rsid w:val="00B6689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3B138"/>
  <w14:defaultImageDpi w14:val="300"/>
  <w15:docId w15:val="{61AC1E8D-7356-46CF-A985-A29194A0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866</Words>
  <Characters>4937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2013-12-23T23:15:00Z</dcterms:created>
  <dcterms:modified xsi:type="dcterms:W3CDTF">2026-09-09T06:50:00Z</dcterms:modified>
  <cp:category/>
</cp:coreProperties>
</file>